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29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547"/>
        <w:gridCol w:w="2547"/>
        <w:gridCol w:w="2547"/>
        <w:gridCol w:w="2547"/>
      </w:tblGrid>
      <w:tr>
        <w:trPr>
          <w:trHeight w:hRule="exact" w:val="504"/>
        </w:trPr>
        <w:tc>
          <w:tcPr>
            <w:tcW w:type="dxa" w:w="1558"/>
            <w:vMerge w:val="restart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571195" cy="810000"/>
                  <wp:docPr id="1" name="Picture 1" descr="Stema municipiului Slatina" title="Stema municipiului Slatin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-stema_slatinei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195" cy="81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Județul Olt</w:t>
            </w:r>
          </w:p>
        </w:tc>
      </w:tr>
      <w:tr>
        <w:trPr>
          <w:trHeight w:hRule="exact" w:val="502"/>
        </w:trPr>
        <w:tc>
          <w:tcPr>
            <w:tcW w:type="dxa" w:w="2547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Primăria Municipiului Slatina</w:t>
            </w:r>
          </w:p>
        </w:tc>
      </w:tr>
      <w:tr>
        <w:trPr>
          <w:trHeight w:hRule="exact" w:val="514"/>
        </w:trPr>
        <w:tc>
          <w:tcPr>
            <w:tcW w:type="dxa" w:w="2547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233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CIF 4394811</w:t>
            </w:r>
          </w:p>
        </w:tc>
        <w:tc>
          <w:tcPr>
            <w:tcW w:type="dxa" w:w="5454"/>
            <w:gridSpan w:val="2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6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3"/>
              </w:rPr>
              <w:t>Strada Mihail Kogălniceanu nr. 1, Slatina, Olt • 0249439377 • office@primariaslatina.ro</w:t>
            </w:r>
          </w:p>
        </w:tc>
      </w:tr>
      <w:tr>
        <w:trPr>
          <w:trHeight w:hRule="exact" w:val="504"/>
        </w:trPr>
        <w:tc>
          <w:tcPr>
            <w:tcW w:type="dxa" w:w="2547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4674"/>
            <w:gridSpan w:val="2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de înregistrare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</w:tr>
      <w:tr>
        <w:trPr>
          <w:trHeight w:hRule="exact" w:val="178"/>
        </w:trPr>
        <w:tc>
          <w:tcPr>
            <w:tcW w:type="dxa" w:w="9348"/>
            <w:gridSpan w:val="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2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595959"/>
                <w:sz w:val="15"/>
              </w:rPr>
              <w:t xml:space="preserve"> se completează de autoritate — solicitantul nu scrie în această zonă</w:t>
            </w:r>
          </w:p>
        </w:tc>
      </w:tr>
    </w:tbl>
    <w:p>
      <w:pPr>
        <w:autoSpaceDN w:val="0"/>
        <w:autoSpaceDE w:val="0"/>
        <w:widowControl/>
        <w:spacing w:line="272" w:lineRule="exact" w:before="184" w:after="206"/>
        <w:ind w:left="0" w:right="4838" w:firstLine="0"/>
        <w:jc w:val="right"/>
      </w:pPr>
      <w:r>
        <w:rPr>
          <w:rFonts w:ascii="TimesNewRomanPS" w:hAnsi="TimesNewRomanPS" w:eastAsia="TimesNewRomanPS"/>
          <w:b/>
          <w:i w:val="0"/>
          <w:color w:val="000000"/>
          <w:sz w:val="27"/>
        </w:rPr>
        <w:t>CERERE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12"/>
        </w:trPr>
        <w:tc>
          <w:tcPr>
            <w:tcW w:type="dxa" w:w="934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1.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CĂTRE</w:t>
            </w:r>
          </w:p>
        </w:tc>
      </w:tr>
      <w:tr>
        <w:trPr>
          <w:trHeight w:hRule="exact" w:val="5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432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Instituția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primăria municipiului / orașului / comunei · primăria de sector · consiliul județean</w:t>
            </w:r>
          </w:p>
        </w:tc>
      </w:tr>
      <w:tr>
        <w:trPr>
          <w:trHeight w:hRule="exact" w:val="17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14" w:after="0"/>
              <w:ind w:left="0" w:right="0" w:firstLine="0"/>
              <w:jc w:val="center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273"/>
        <w:gridCol w:w="1273"/>
        <w:gridCol w:w="1273"/>
        <w:gridCol w:w="1273"/>
        <w:gridCol w:w="1273"/>
        <w:gridCol w:w="1273"/>
        <w:gridCol w:w="1273"/>
        <w:gridCol w:w="1273"/>
      </w:tblGrid>
      <w:tr>
        <w:trPr>
          <w:trHeight w:hRule="exact" w:val="210"/>
        </w:trPr>
        <w:tc>
          <w:tcPr>
            <w:tcW w:type="dxa" w:w="9348"/>
            <w:gridSpan w:val="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2.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SOLICITANTUL</w:t>
            </w:r>
          </w:p>
        </w:tc>
      </w:tr>
      <w:tr>
        <w:trPr>
          <w:trHeight w:hRule="exact" w:val="506"/>
        </w:trPr>
        <w:tc>
          <w:tcPr>
            <w:tcW w:type="dxa" w:w="5452"/>
            <w:gridSpan w:val="5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Nume și prenume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CNP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2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Act de identitate</w:t>
            </w:r>
          </w:p>
        </w:tc>
      </w:tr>
      <w:tr>
        <w:trPr>
          <w:trHeight w:hRule="exact" w:val="506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Seria</w:t>
            </w:r>
          </w:p>
        </w:tc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Numărul</w:t>
            </w:r>
          </w:p>
        </w:tc>
        <w:tc>
          <w:tcPr>
            <w:tcW w:type="dxa" w:w="4676"/>
            <w:gridSpan w:val="5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Eliberat de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La data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Domiciliul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2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3.199999999999818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Date de contact</w:t>
            </w:r>
          </w:p>
        </w:tc>
      </w:tr>
      <w:tr>
        <w:trPr>
          <w:trHeight w:hRule="exact" w:val="506"/>
        </w:trPr>
        <w:tc>
          <w:tcPr>
            <w:tcW w:type="dxa" w:w="3894"/>
            <w:gridSpan w:val="3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Telefon / fax</w:t>
            </w:r>
          </w:p>
        </w:tc>
        <w:tc>
          <w:tcPr>
            <w:tcW w:type="dxa" w:w="5454"/>
            <w:gridSpan w:val="5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E-mail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2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Reprezentare</w:t>
            </w:r>
          </w:p>
        </w:tc>
      </w:tr>
      <w:tr>
        <w:trPr>
          <w:trHeight w:hRule="exact" w:val="506"/>
        </w:trPr>
        <w:tc>
          <w:tcPr>
            <w:tcW w:type="dxa" w:w="6232"/>
            <w:gridSpan w:val="6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În calitate de reprezentant al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CUI / CIF</w:t>
            </w:r>
          </w:p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547"/>
        <w:gridCol w:w="2547"/>
        <w:gridCol w:w="2547"/>
        <w:gridCol w:w="2547"/>
      </w:tblGrid>
      <w:tr>
        <w:trPr>
          <w:trHeight w:hRule="exact" w:val="210"/>
        </w:trPr>
        <w:tc>
          <w:tcPr>
            <w:tcW w:type="dxa" w:w="9348"/>
            <w:gridSpan w:val="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3.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TITULAR AL AUTORIZAȚIEI DE CONSTRUIRE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Din data</w:t>
            </w:r>
          </w:p>
        </w:tc>
        <w:tc>
          <w:tcPr>
            <w:tcW w:type="dxa" w:w="2336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Termen de valabilitate</w:t>
            </w:r>
          </w:p>
        </w:tc>
        <w:tc>
          <w:tcPr>
            <w:tcW w:type="dxa" w:w="3896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Emisă de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698"/>
        <w:gridCol w:w="1698"/>
        <w:gridCol w:w="1698"/>
        <w:gridCol w:w="1698"/>
        <w:gridCol w:w="1698"/>
        <w:gridCol w:w="1698"/>
      </w:tblGrid>
      <w:tr>
        <w:trPr>
          <w:trHeight w:hRule="exact" w:val="210"/>
        </w:trPr>
        <w:tc>
          <w:tcPr>
            <w:tcW w:type="dxa" w:w="9348"/>
            <w:gridSpan w:val="6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4.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IMOBILUL</w:t>
            </w:r>
          </w:p>
        </w:tc>
      </w:tr>
      <w:tr>
        <w:trPr>
          <w:trHeight w:hRule="exact" w:val="216"/>
        </w:trPr>
        <w:tc>
          <w:tcPr>
            <w:tcW w:type="dxa" w:w="9348"/>
            <w:gridSpan w:val="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6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teren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</w:t>
            </w:r>
          </w:p>
        </w:tc>
      </w:tr>
      <w:tr>
        <w:trPr>
          <w:trHeight w:hRule="exact" w:val="506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</w:t>
            </w:r>
          </w:p>
        </w:tc>
        <w:tc>
          <w:tcPr>
            <w:tcW w:type="dxa" w:w="3116"/>
            <w:gridSpan w:val="2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 / oraș / comună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 / sector</w:t>
            </w:r>
          </w:p>
        </w:tc>
      </w:tr>
      <w:tr>
        <w:trPr>
          <w:trHeight w:hRule="exact" w:val="502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4674"/>
            <w:gridSpan w:val="3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80"/>
            <w:tcBorders>
              <w:start w:sz="3.200000000000273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233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Bl. / sc. / et. / ap.</w:t>
            </w:r>
          </w:p>
        </w:tc>
      </w:tr>
      <w:tr>
        <w:trPr>
          <w:trHeight w:hRule="exact" w:val="512"/>
        </w:trPr>
        <w:tc>
          <w:tcPr>
            <w:tcW w:type="dxa" w:w="5452"/>
            <w:gridSpan w:val="3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3312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Număr cadastral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dacă imobilul e înscris în e-Terra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Carte funciară nr.</w:t>
            </w:r>
          </w:p>
        </w:tc>
      </w:tr>
      <w:tr>
        <w:trPr>
          <w:trHeight w:hRule="exact" w:val="218"/>
        </w:trPr>
        <w:tc>
          <w:tcPr>
            <w:tcW w:type="dxa" w:w="9348"/>
            <w:gridSpan w:val="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extras de carte funciară actualizat, anexat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plan de încadrare în zonă în sistem Stereo 70, anexat</w:t>
            </w:r>
          </w:p>
        </w:tc>
      </w:tr>
    </w:tbl>
    <w:p>
      <w:pPr>
        <w:autoSpaceDN w:val="0"/>
        <w:autoSpaceDE w:val="0"/>
        <w:widowControl/>
        <w:spacing w:line="242" w:lineRule="exact" w:before="42" w:after="0"/>
        <w:ind w:left="144" w:right="720" w:firstLine="0"/>
        <w:jc w:val="center"/>
      </w:pPr>
      <w:r>
        <w:rPr>
          <w:w w:val="102.7058769674862"/>
          <w:rFonts w:ascii="TimesNewRomanPSMT" w:hAnsi="TimesNewRomanPSMT" w:eastAsia="TimesNewRomanPSMT"/>
          <w:b w:val="0"/>
          <w:i w:val="0"/>
          <w:color w:val="000000"/>
          <w:sz w:val="17"/>
        </w:rPr>
        <w:t xml:space="preserve">în conformitate cu prevederile art. 293 din Legea nr. 169/2026 privind Codul amenajării teritoriului, urbanismului și construcțiilor, </w:t>
      </w:r>
      <w:r>
        <w:rPr>
          <w:w w:val="102.7058769674862"/>
          <w:rFonts w:ascii="TimesNewRomanPSMT" w:hAnsi="TimesNewRomanPSMT" w:eastAsia="TimesNewRomanPSMT"/>
          <w:b w:val="0"/>
          <w:i w:val="0"/>
          <w:color w:val="000000"/>
          <w:sz w:val="17"/>
        </w:rPr>
        <w:t xml:space="preserve">solicit emiterea </w:t>
      </w:r>
      <w:r>
        <w:br/>
      </w:r>
      <w:r>
        <w:rPr>
          <w:w w:val="102.30947795667147"/>
          <w:rFonts w:ascii="TimesNewRomanPS" w:hAnsi="TimesNewRomanPS" w:eastAsia="TimesNewRomanPS"/>
          <w:b/>
          <w:i w:val="0"/>
          <w:color w:val="000000"/>
          <w:sz w:val="19"/>
        </w:rPr>
        <w:t>AUTORIZAȚIEI DE MODIFICARE</w:t>
      </w:r>
    </w:p>
    <w:p>
      <w:pPr>
        <w:autoSpaceDN w:val="0"/>
        <w:autoSpaceDE w:val="0"/>
        <w:widowControl/>
        <w:spacing w:line="184" w:lineRule="exact" w:before="182" w:after="288"/>
        <w:ind w:left="2242" w:right="0" w:firstLine="0"/>
        <w:jc w:val="left"/>
      </w:pPr>
      <w:r>
        <w:rPr>
          <w:w w:val="102.1733283996582"/>
          <w:rFonts w:ascii="TimesNewRomanPSMT" w:hAnsi="TimesNewRomanPSMT" w:eastAsia="TimesNewRomanPSMT"/>
          <w:b w:val="0"/>
          <w:i w:val="0"/>
          <w:color w:val="000000"/>
          <w:sz w:val="18"/>
        </w:rPr>
        <w:t>în vederea realizării lucrărilor corespunzătoare modificărilor de temă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5.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MODIFICĂRILE DE TEMĂ SOLICITATE</w:t>
            </w:r>
          </w:p>
        </w:tc>
      </w:tr>
      <w:tr>
        <w:trPr>
          <w:trHeight w:hRule="exact" w:val="76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547"/>
        <w:gridCol w:w="2547"/>
        <w:gridCol w:w="2547"/>
        <w:gridCol w:w="2547"/>
      </w:tblGrid>
      <w:tr>
        <w:trPr>
          <w:trHeight w:hRule="exact" w:val="210"/>
        </w:trPr>
        <w:tc>
          <w:tcPr>
            <w:tcW w:type="dxa" w:w="9348"/>
            <w:gridSpan w:val="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6.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ECHIPA DE PROIECTARE</w:t>
            </w:r>
          </w:p>
        </w:tc>
      </w:tr>
      <w:tr>
        <w:trPr>
          <w:trHeight w:hRule="exact" w:val="214"/>
        </w:trPr>
        <w:tc>
          <w:tcPr>
            <w:tcW w:type="dxa" w:w="9348"/>
            <w:gridSpan w:val="4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Proiect pentru autorizarea construirii actualizat </w:t>
            </w:r>
          </w:p>
        </w:tc>
      </w:tr>
      <w:tr>
        <w:trPr>
          <w:trHeight w:hRule="exact" w:val="508"/>
        </w:trPr>
        <w:tc>
          <w:tcPr>
            <w:tcW w:type="dxa" w:w="311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 / data proiectului actualizat</w:t>
            </w:r>
          </w:p>
        </w:tc>
        <w:tc>
          <w:tcPr>
            <w:tcW w:type="dxa" w:w="6232"/>
            <w:gridSpan w:val="3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Elaborator (denumire + sediu)</w:t>
            </w:r>
          </w:p>
        </w:tc>
      </w:tr>
      <w:tr>
        <w:trPr>
          <w:trHeight w:hRule="exact" w:val="510"/>
        </w:trPr>
        <w:tc>
          <w:tcPr>
            <w:tcW w:type="dxa" w:w="3894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2" w:after="0"/>
              <w:ind w:left="100" w:right="144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Proiectant autor — arhitect / conductor arhitect / arhitect </w:t>
            </w: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de interior</w:t>
            </w:r>
          </w:p>
        </w:tc>
        <w:tc>
          <w:tcPr>
            <w:tcW w:type="dxa" w:w="1558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 TNA</w:t>
            </w:r>
          </w:p>
        </w:tc>
        <w:tc>
          <w:tcPr>
            <w:tcW w:type="dxa" w:w="3896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Ingineri, pe specialități</w:t>
            </w:r>
          </w:p>
        </w:tc>
      </w:tr>
    </w:tbl>
    <w:p>
      <w:pPr>
        <w:autoSpaceDN w:val="0"/>
        <w:tabs>
          <w:tab w:pos="4236" w:val="left"/>
        </w:tabs>
        <w:autoSpaceDE w:val="0"/>
        <w:widowControl/>
        <w:spacing w:line="144" w:lineRule="exact" w:before="430" w:after="0"/>
        <w:ind w:left="108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F_AM_01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1 din 2</w:t>
      </w:r>
    </w:p>
    <w:p>
      <w:pPr>
        <w:sectPr>
          <w:pgSz w:w="11900" w:h="16840"/>
          <w:pgMar w:top="126" w:right="546" w:bottom="236" w:left="116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29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4989"/>
        <w:gridCol w:w="4989"/>
      </w:tblGrid>
      <w:tr>
        <w:trPr>
          <w:trHeight w:hRule="exact" w:val="208"/>
        </w:trPr>
        <w:tc>
          <w:tcPr>
            <w:tcW w:type="dxa" w:w="9348"/>
            <w:gridSpan w:val="2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9886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2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7.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VERIFICAREA TEHNICĂ</w:t>
            </w:r>
          </w:p>
        </w:tc>
      </w:tr>
      <w:tr>
        <w:trPr>
          <w:trHeight w:hRule="exact" w:val="218"/>
        </w:trPr>
        <w:tc>
          <w:tcPr>
            <w:tcW w:type="dxa" w:w="9348"/>
            <w:gridSpan w:val="2"/>
            <w:tcBorders>
              <w:start w:sz="3.2000000000000455" w:val="single" w:color="#767676"/>
              <w:top w:sz="3.1999999999999886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6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CC 1 / NVP 1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CC 2 / NVP 2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CC 3 / NVP 3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CC 4 / NVP 4</w:t>
            </w:r>
          </w:p>
        </w:tc>
      </w:tr>
      <w:tr>
        <w:trPr>
          <w:trHeight w:hRule="exact" w:val="504"/>
        </w:trPr>
        <w:tc>
          <w:tcPr>
            <w:tcW w:type="dxa" w:w="545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rezistență mecanică și stabilitate — nume și prenume verificator / nr. atestat</w:t>
            </w:r>
          </w:p>
        </w:tc>
        <w:tc>
          <w:tcPr>
            <w:tcW w:type="dxa" w:w="3896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Referat nr. / data</w:t>
            </w:r>
          </w:p>
        </w:tc>
      </w:tr>
      <w:tr>
        <w:trPr>
          <w:trHeight w:hRule="exact" w:val="504"/>
        </w:trPr>
        <w:tc>
          <w:tcPr>
            <w:tcW w:type="dxa" w:w="5452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securitate la incendiu — nume și prenume verificator / nr. atestat</w:t>
            </w:r>
          </w:p>
        </w:tc>
        <w:tc>
          <w:tcPr>
            <w:tcW w:type="dxa" w:w="3896"/>
            <w:tcBorders>
              <w:start w:sz="4.0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Referat nr. / data</w:t>
            </w:r>
          </w:p>
        </w:tc>
      </w:tr>
      <w:tr>
        <w:trPr>
          <w:trHeight w:hRule="exact" w:val="504"/>
        </w:trPr>
        <w:tc>
          <w:tcPr>
            <w:tcW w:type="dxa" w:w="5452"/>
            <w:tcBorders>
              <w:start w:sz="3.2000000000000455" w:val="single" w:color="#767676"/>
              <w:top w:sz="3.2000000000000455" w:val="single" w:color="#767676"/>
              <w:end w:sz="4.0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igienă, sănătate și mediu înconjurător — nume și prenume verificator / nr. atestat</w:t>
            </w:r>
          </w:p>
        </w:tc>
        <w:tc>
          <w:tcPr>
            <w:tcW w:type="dxa" w:w="3896"/>
            <w:tcBorders>
              <w:start w:sz="4.0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Referat nr. / data</w:t>
            </w:r>
          </w:p>
        </w:tc>
      </w:tr>
      <w:tr>
        <w:trPr>
          <w:trHeight w:hRule="exact" w:val="504"/>
        </w:trPr>
        <w:tc>
          <w:tcPr>
            <w:tcW w:type="dxa" w:w="5452"/>
            <w:tcBorders>
              <w:start w:sz="3.2000000000000455" w:val="single" w:color="#767676"/>
              <w:top w:sz="3.2000000000000455" w:val="single" w:color="#767676"/>
              <w:end w:sz="4.0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siguranță și accesibilitate în exploatare — nume și prenume verificator / nr. atestat</w:t>
            </w:r>
          </w:p>
        </w:tc>
        <w:tc>
          <w:tcPr>
            <w:tcW w:type="dxa" w:w="3896"/>
            <w:tcBorders>
              <w:start w:sz="4.0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Referat nr. / data</w:t>
            </w:r>
          </w:p>
        </w:tc>
      </w:tr>
      <w:tr>
        <w:trPr>
          <w:trHeight w:hRule="exact" w:val="506"/>
        </w:trPr>
        <w:tc>
          <w:tcPr>
            <w:tcW w:type="dxa" w:w="5452"/>
            <w:tcBorders>
              <w:start w:sz="3.2000000000000455" w:val="single" w:color="#767676"/>
              <w:top w:sz="3.2000000000000455" w:val="single" w:color="#767676"/>
              <w:end w:sz="4.0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protecție împotriva zgomotului — nume și prenume verificator / nr. atestat</w:t>
            </w:r>
          </w:p>
        </w:tc>
        <w:tc>
          <w:tcPr>
            <w:tcW w:type="dxa" w:w="3896"/>
            <w:tcBorders>
              <w:start w:sz="4.0" w:val="single" w:color="#767676"/>
              <w:top w:sz="3.2000000000000455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Referat nr. / data</w:t>
            </w:r>
          </w:p>
        </w:tc>
      </w:tr>
      <w:tr>
        <w:trPr>
          <w:trHeight w:hRule="exact" w:val="504"/>
        </w:trPr>
        <w:tc>
          <w:tcPr>
            <w:tcW w:type="dxa" w:w="5452"/>
            <w:tcBorders>
              <w:start w:sz="3.2000000000000455" w:val="single" w:color="#767676"/>
              <w:top w:sz="3.2000000000000455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economie de energie și izolare termică — nume și prenume verificator / nr. atestat</w:t>
            </w:r>
          </w:p>
        </w:tc>
        <w:tc>
          <w:tcPr>
            <w:tcW w:type="dxa" w:w="3896"/>
            <w:tcBorders>
              <w:start w:sz="4.0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Referat nr. / data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3326"/>
        <w:gridCol w:w="3326"/>
        <w:gridCol w:w="3326"/>
      </w:tblGrid>
      <w:tr>
        <w:trPr>
          <w:trHeight w:hRule="exact" w:val="210"/>
        </w:trPr>
        <w:tc>
          <w:tcPr>
            <w:tcW w:type="dxa" w:w="9348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8.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VALORI ȘI DURATĂ</w:t>
            </w:r>
          </w:p>
        </w:tc>
      </w:tr>
      <w:tr>
        <w:trPr>
          <w:trHeight w:hRule="exact" w:val="506"/>
        </w:trPr>
        <w:tc>
          <w:tcPr>
            <w:tcW w:type="dxa" w:w="3894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Valoarea lucrărilor supuse autorizării (lei)</w:t>
            </w:r>
          </w:p>
        </w:tc>
        <w:tc>
          <w:tcPr>
            <w:tcW w:type="dxa" w:w="3118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Valoarea obiectivului (lei)</w:t>
            </w:r>
          </w:p>
        </w:tc>
        <w:tc>
          <w:tcPr>
            <w:tcW w:type="dxa" w:w="233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0" w:right="0" w:firstLine="0"/>
              <w:jc w:val="center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Durata estimată de execuție (luni)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212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30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9.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ANEXEZ LA PREZENTA CERERE</w:t>
            </w:r>
          </w:p>
        </w:tc>
      </w:tr>
      <w:tr>
        <w:trPr>
          <w:trHeight w:hRule="exact" w:val="394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6" w:after="0"/>
              <w:ind w:left="100" w:right="144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a) proiectul pentru autorizarea construirii actualizat, cuprinzând modificările de temă (2 exemplare originale sau 1 exemplar original, în format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letric, acolo unde autoritatea are posibilitatea de a arhiva în format digital))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2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b) referatele de verificare ale proiectului actualizat, corespunzător clasei de consecințe a obiectivului (câte 1 exemplar copie)</w:t>
            </w:r>
          </w:p>
        </w:tc>
      </w:tr>
      <w:tr>
        <w:trPr>
          <w:trHeight w:hRule="exact" w:val="396"/>
        </w:trPr>
        <w:tc>
          <w:tcPr>
            <w:tcW w:type="dxa" w:w="9348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8" w:after="0"/>
              <w:ind w:left="100" w:right="288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c) documente emise de către emitenții avizelor / acordurilor, din care rezultă că modificările de temă se încadrează în limitele avizelor emise 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>inițial (câte 1 exemplar copie):</w:t>
            </w:r>
          </w:p>
        </w:tc>
      </w:tr>
      <w:tr>
        <w:trPr>
          <w:trHeight w:hRule="exact" w:val="512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18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6" w:after="0"/>
              <w:ind w:left="10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d) autorizația de construire / desființare inițială și proiectul vizat spre neschimbare (copie)</w:t>
            </w:r>
          </w:p>
        </w:tc>
      </w:tr>
      <w:tr>
        <w:trPr>
          <w:trHeight w:hRule="exact" w:val="42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0" w:after="0"/>
              <w:ind w:left="100" w:right="360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e) rapoartele de expertiză tehnică, dacă este cazul </w:t>
            </w:r>
            <w:r>
              <w:br/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f) documentele de plată a taxelor legale (copie)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g) împuternicirea, dacă este cazul</w:t>
            </w:r>
          </w:p>
        </w:tc>
      </w:tr>
    </w:tbl>
    <w:p>
      <w:pPr>
        <w:autoSpaceDN w:val="0"/>
        <w:autoSpaceDE w:val="0"/>
        <w:widowControl/>
        <w:spacing w:line="1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550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2" w:after="0"/>
              <w:ind w:left="100" w:right="144" w:firstLine="0"/>
              <w:jc w:val="left"/>
            </w:pP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Declar pe propria răspundere, sub sancțiunea Codului penal privind infracțiunea de fals în declarații, că datele menționate în prezenta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 xml:space="preserve">cerere sunt reale și exacte și că am formulat prezenta cerere anterior începerii lucrărilor asupra elementelor supuse modificării, astfel </w:t>
            </w:r>
            <w:r>
              <w:rPr>
                <w:w w:val="97.22822974709904"/>
                <w:rFonts w:ascii="TimesNewRomanPS" w:hAnsi="TimesNewRomanPS" w:eastAsia="TimesNewRomanPS"/>
                <w:b w:val="0"/>
                <w:i/>
                <w:color w:val="000000"/>
                <w:sz w:val="17"/>
              </w:rPr>
              <w:t>cum stabilește art. 293 alin. (2) din Legea nr. 169/2026.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3326"/>
        <w:gridCol w:w="3326"/>
        <w:gridCol w:w="3326"/>
      </w:tblGrid>
      <w:tr>
        <w:trPr>
          <w:trHeight w:hRule="exact" w:val="210"/>
        </w:trPr>
        <w:tc>
          <w:tcPr>
            <w:tcW w:type="dxa" w:w="9348"/>
            <w:gridSpan w:val="3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10.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DATA ȘI SEMNĂTURA</w:t>
            </w:r>
          </w:p>
        </w:tc>
      </w:tr>
      <w:tr>
        <w:trPr>
          <w:trHeight w:hRule="exact" w:val="506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  <w:tc>
          <w:tcPr>
            <w:tcW w:type="dxa" w:w="4674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Titularul autorizației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Semnătura</w:t>
            </w:r>
          </w:p>
        </w:tc>
      </w:tr>
    </w:tbl>
    <w:p>
      <w:pPr>
        <w:autoSpaceDN w:val="0"/>
        <w:tabs>
          <w:tab w:pos="4838" w:val="left"/>
        </w:tabs>
        <w:autoSpaceDE w:val="0"/>
        <w:widowControl/>
        <w:spacing w:line="144" w:lineRule="exact" w:before="7104" w:after="0"/>
        <w:ind w:left="710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F_AM_01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2 din 2</w:t>
      </w:r>
    </w:p>
    <w:sectPr w:rsidR="00FC693F" w:rsidRPr="0006063C" w:rsidSect="00034616">
      <w:pgSz w:w="11900" w:h="16840"/>
      <w:pgMar w:top="126" w:right="1358" w:bottom="236" w:left="564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F_AM_01 · versiunea 1.0 — formular editabil</dc:title>
  <dc:subject>Formular editabil cu stema municipiului Slatina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