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126" w:lineRule="exact" w:before="0" w:after="0"/>
        <w:ind w:left="0" w:right="0"/>
      </w:pPr>
    </w:p>
    <w:p>
      <w:pPr>
        <w:autoSpaceDN w:val="0"/>
        <w:autoSpaceDE w:val="0"/>
        <w:widowControl/>
        <w:spacing w:line="292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547"/>
        <w:gridCol w:w="2547"/>
        <w:gridCol w:w="2547"/>
        <w:gridCol w:w="2547"/>
      </w:tblGrid>
      <w:tr>
        <w:trPr>
          <w:trHeight w:hRule="exact" w:val="504"/>
        </w:trPr>
        <w:tc>
          <w:tcPr>
            <w:tcW w:type="dxa" w:w="1558"/>
            <w:vMerge w:val="restart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571195" cy="810000"/>
                  <wp:docPr id="1" name="Picture 1" descr="Stema municipiului Slatina" title="Stema municipiului Slatina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1-stema_slatinei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195" cy="81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0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Județul Olt</w:t>
            </w:r>
          </w:p>
        </w:tc>
      </w:tr>
      <w:tr>
        <w:trPr>
          <w:trHeight w:hRule="exact" w:val="502"/>
        </w:trPr>
        <w:tc>
          <w:tcPr>
            <w:tcW w:type="dxa" w:w="2547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7790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Primăria Municipiului Slatina</w:t>
            </w:r>
          </w:p>
        </w:tc>
      </w:tr>
      <w:tr>
        <w:trPr>
          <w:trHeight w:hRule="exact" w:val="514"/>
        </w:trPr>
        <w:tc>
          <w:tcPr>
            <w:tcW w:type="dxa" w:w="2547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2336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CIF 4394811</w:t>
            </w:r>
          </w:p>
        </w:tc>
        <w:tc>
          <w:tcPr>
            <w:tcW w:type="dxa" w:w="5454"/>
            <w:gridSpan w:val="2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6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3"/>
              </w:rPr>
              <w:t>Strada Mihail Kogălniceanu nr. 1, Slatina, Olt • 0249439377 • office@primariaslatina.ro</w:t>
            </w:r>
          </w:p>
        </w:tc>
      </w:tr>
      <w:tr>
        <w:trPr>
          <w:trHeight w:hRule="exact" w:val="504"/>
        </w:trPr>
        <w:tc>
          <w:tcPr>
            <w:tcW w:type="dxa" w:w="2547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4674"/>
            <w:gridSpan w:val="2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 de înregistrare</w:t>
            </w:r>
          </w:p>
        </w:tc>
        <w:tc>
          <w:tcPr>
            <w:tcW w:type="dxa" w:w="311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</w:tr>
      <w:tr>
        <w:trPr>
          <w:trHeight w:hRule="exact" w:val="178"/>
        </w:trPr>
        <w:tc>
          <w:tcPr>
            <w:tcW w:type="dxa" w:w="9348"/>
            <w:gridSpan w:val="4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2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595959"/>
                <w:sz w:val="15"/>
              </w:rPr>
              <w:t xml:space="preserve"> se completează de autoritate — solicitantul nu scrie în această zonă</w:t>
            </w:r>
          </w:p>
        </w:tc>
      </w:tr>
    </w:tbl>
    <w:p>
      <w:pPr>
        <w:autoSpaceDN w:val="0"/>
        <w:autoSpaceDE w:val="0"/>
        <w:widowControl/>
        <w:spacing w:line="330" w:lineRule="exact" w:before="312" w:after="204"/>
        <w:ind w:left="0" w:right="4718" w:firstLine="0"/>
        <w:jc w:val="right"/>
      </w:pPr>
      <w:r>
        <w:rPr>
          <w:rFonts w:ascii="TimesNewRomanPS" w:hAnsi="TimesNewRomanPS" w:eastAsia="TimesNewRomanPS"/>
          <w:b/>
          <w:i w:val="0"/>
          <w:color w:val="000000"/>
          <w:sz w:val="33"/>
        </w:rPr>
        <w:t>CERERE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0188"/>
      </w:tblGrid>
      <w:tr>
        <w:trPr>
          <w:trHeight w:hRule="exact" w:val="210"/>
        </w:trPr>
        <w:tc>
          <w:tcPr>
            <w:tcW w:type="dxa" w:w="9348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1.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CĂTRE</w:t>
            </w:r>
          </w:p>
        </w:tc>
      </w:tr>
      <w:tr>
        <w:trPr>
          <w:trHeight w:hRule="exact" w:val="512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" w:after="0"/>
              <w:ind w:left="100" w:right="432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Instituția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primăria municipiului / orașului / comunei · primăria de sector · consiliul județean</w:t>
            </w:r>
          </w:p>
        </w:tc>
      </w:tr>
      <w:tr>
        <w:trPr>
          <w:trHeight w:hRule="exact" w:val="168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4" w:after="0"/>
              <w:ind w:left="0" w:right="0" w:firstLine="0"/>
              <w:jc w:val="center"/>
            </w:pP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Cererea va fi transmisă către președintele consiliului județean, primarul general, primarul de sector sau primarul municipiului / orașului / comunei, după caz. </w:t>
            </w:r>
          </w:p>
        </w:tc>
      </w:tr>
    </w:tbl>
    <w:p>
      <w:pPr>
        <w:autoSpaceDN w:val="0"/>
        <w:autoSpaceDE w:val="0"/>
        <w:widowControl/>
        <w:spacing w:line="1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273"/>
        <w:gridCol w:w="1273"/>
        <w:gridCol w:w="1273"/>
        <w:gridCol w:w="1273"/>
        <w:gridCol w:w="1273"/>
        <w:gridCol w:w="1273"/>
        <w:gridCol w:w="1273"/>
        <w:gridCol w:w="1273"/>
      </w:tblGrid>
      <w:tr>
        <w:trPr>
          <w:trHeight w:hRule="exact" w:val="212"/>
        </w:trPr>
        <w:tc>
          <w:tcPr>
            <w:tcW w:type="dxa" w:w="9348"/>
            <w:gridSpan w:val="8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30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2.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SOLICITANTUL</w:t>
            </w:r>
          </w:p>
        </w:tc>
      </w:tr>
      <w:tr>
        <w:trPr>
          <w:trHeight w:hRule="exact" w:val="502"/>
        </w:trPr>
        <w:tc>
          <w:tcPr>
            <w:tcW w:type="dxa" w:w="5452"/>
            <w:gridSpan w:val="5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Nume și prenume</w:t>
            </w:r>
          </w:p>
        </w:tc>
        <w:tc>
          <w:tcPr>
            <w:tcW w:type="dxa" w:w="3896"/>
            <w:gridSpan w:val="3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CNP</w:t>
            </w:r>
          </w:p>
        </w:tc>
      </w:tr>
      <w:tr>
        <w:trPr>
          <w:trHeight w:hRule="exact" w:val="190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Act de identitate</w:t>
            </w:r>
          </w:p>
        </w:tc>
      </w:tr>
      <w:tr>
        <w:trPr>
          <w:trHeight w:hRule="exact" w:val="504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Seria</w:t>
            </w:r>
          </w:p>
        </w:tc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Numărul</w:t>
            </w:r>
          </w:p>
        </w:tc>
        <w:tc>
          <w:tcPr>
            <w:tcW w:type="dxa" w:w="4676"/>
            <w:gridSpan w:val="5"/>
            <w:tcBorders>
              <w:start w:sz="4.0" w:val="single" w:color="#767676"/>
              <w:top w:sz="4.0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Eliberat de</w:t>
            </w:r>
          </w:p>
        </w:tc>
        <w:tc>
          <w:tcPr>
            <w:tcW w:type="dxa" w:w="1556"/>
            <w:tcBorders>
              <w:start w:sz="4.0" w:val="single" w:color="#767676"/>
              <w:top w:sz="4.0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La data</w:t>
            </w:r>
          </w:p>
        </w:tc>
      </w:tr>
      <w:tr>
        <w:trPr>
          <w:trHeight w:hRule="exact" w:val="186"/>
        </w:trPr>
        <w:tc>
          <w:tcPr>
            <w:tcW w:type="dxa" w:w="9348"/>
            <w:gridSpan w:val="8"/>
            <w:tcBorders>
              <w:start w:sz="3.2000000000000455" w:val="single" w:color="#767676"/>
              <w:top w:sz="3.200000000000273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0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Domiciliul</w:t>
            </w:r>
          </w:p>
        </w:tc>
      </w:tr>
      <w:tr>
        <w:trPr>
          <w:trHeight w:hRule="exact" w:val="506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30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Județul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4.0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30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Municipiul / orașul / comuna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30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Satul / sectorul</w:t>
            </w:r>
          </w:p>
        </w:tc>
      </w:tr>
      <w:tr>
        <w:trPr>
          <w:trHeight w:hRule="exact" w:val="504"/>
        </w:trPr>
        <w:tc>
          <w:tcPr>
            <w:tcW w:type="dxa" w:w="3116"/>
            <w:gridSpan w:val="2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78"/>
            <w:tcBorders>
              <w:start w:sz="4.0" w:val="single" w:color="#767676"/>
              <w:top w:sz="3.199999999999818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780"/>
            <w:tcBorders>
              <w:start w:sz="4.0" w:val="single" w:color="#767676"/>
              <w:top w:sz="3.199999999999818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Sc.</w:t>
            </w:r>
          </w:p>
        </w:tc>
        <w:tc>
          <w:tcPr>
            <w:tcW w:type="dxa" w:w="778"/>
            <w:tcBorders>
              <w:start w:sz="3.199999999999818" w:val="single" w:color="#767676"/>
              <w:top w:sz="3.199999999999818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Et.</w:t>
            </w:r>
          </w:p>
        </w:tc>
        <w:tc>
          <w:tcPr>
            <w:tcW w:type="dxa" w:w="780"/>
            <w:tcBorders>
              <w:start w:sz="4.0" w:val="single" w:color="#767676"/>
              <w:top w:sz="3.199999999999818" w:val="single" w:color="#767676"/>
              <w:end w:sz="3.200000000000273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Ap.</w:t>
            </w:r>
          </w:p>
        </w:tc>
        <w:tc>
          <w:tcPr>
            <w:tcW w:type="dxa" w:w="1560"/>
            <w:tcBorders>
              <w:start w:sz="3.200000000000273" w:val="single" w:color="#767676"/>
              <w:top w:sz="3.199999999999818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1556"/>
            <w:tcBorders>
              <w:start w:sz="4.0" w:val="single" w:color="#767676"/>
              <w:top w:sz="3.199999999999818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Țara</w:t>
            </w:r>
          </w:p>
        </w:tc>
      </w:tr>
      <w:tr>
        <w:trPr>
          <w:trHeight w:hRule="exact" w:val="190"/>
        </w:trPr>
        <w:tc>
          <w:tcPr>
            <w:tcW w:type="dxa" w:w="9348"/>
            <w:gridSpan w:val="8"/>
            <w:tcBorders>
              <w:start w:sz="3.2000000000000455" w:val="single" w:color="#767676"/>
              <w:top w:sz="3.200000000000273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Date de contact</w:t>
            </w:r>
          </w:p>
        </w:tc>
      </w:tr>
      <w:tr>
        <w:trPr>
          <w:trHeight w:hRule="exact" w:val="504"/>
        </w:trPr>
        <w:tc>
          <w:tcPr>
            <w:tcW w:type="dxa" w:w="3894"/>
            <w:gridSpan w:val="3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Telefon / fax</w:t>
            </w:r>
          </w:p>
        </w:tc>
        <w:tc>
          <w:tcPr>
            <w:tcW w:type="dxa" w:w="5454"/>
            <w:gridSpan w:val="5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E-mail</w:t>
            </w:r>
          </w:p>
        </w:tc>
      </w:tr>
      <w:tr>
        <w:trPr>
          <w:trHeight w:hRule="exact" w:val="186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0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Reprezentare</w:t>
            </w:r>
          </w:p>
        </w:tc>
      </w:tr>
      <w:tr>
        <w:trPr>
          <w:trHeight w:hRule="exact" w:val="504"/>
        </w:trPr>
        <w:tc>
          <w:tcPr>
            <w:tcW w:type="dxa" w:w="6232"/>
            <w:gridSpan w:val="6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În calitate de reprezentant al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CUI / CIF</w:t>
            </w:r>
          </w:p>
        </w:tc>
      </w:tr>
      <w:tr>
        <w:trPr>
          <w:trHeight w:hRule="exact" w:val="218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titular al dreptului de proprietate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împuternicit al titularului</w:t>
            </w:r>
          </w:p>
        </w:tc>
      </w:tr>
    </w:tbl>
    <w:p>
      <w:pPr>
        <w:autoSpaceDN w:val="0"/>
        <w:autoSpaceDE w:val="0"/>
        <w:widowControl/>
        <w:spacing w:line="174" w:lineRule="exact" w:before="226" w:after="0"/>
        <w:ind w:left="288" w:right="0" w:firstLine="0"/>
        <w:jc w:val="left"/>
      </w:pPr>
      <w:r>
        <w:rPr>
          <w:w w:val="102.7058769674862"/>
          <w:rFonts w:ascii="TimesNewRomanPSMT" w:hAnsi="TimesNewRomanPSMT" w:eastAsia="TimesNewRomanPSMT"/>
          <w:b w:val="0"/>
          <w:i w:val="0"/>
          <w:color w:val="000000"/>
          <w:sz w:val="17"/>
        </w:rPr>
        <w:t xml:space="preserve">în conformitate cu secțiunea a 4-a din Legea nr. 169/2026 privind Codul amenajării teritoriului, urbanismului și construcțiilor, în </w:t>
      </w:r>
    </w:p>
    <w:p>
      <w:pPr>
        <w:autoSpaceDN w:val="0"/>
        <w:autoSpaceDE w:val="0"/>
        <w:widowControl/>
        <w:spacing w:line="174" w:lineRule="exact" w:before="26" w:after="0"/>
        <w:ind w:left="0" w:right="4276" w:firstLine="0"/>
        <w:jc w:val="right"/>
      </w:pPr>
      <w:r>
        <w:rPr>
          <w:w w:val="102.7058769674862"/>
          <w:rFonts w:ascii="TimesNewRomanPSMT" w:hAnsi="TimesNewRomanPSMT" w:eastAsia="TimesNewRomanPSMT"/>
          <w:b w:val="0"/>
          <w:i w:val="0"/>
          <w:color w:val="000000"/>
          <w:sz w:val="17"/>
        </w:rPr>
        <w:t>temeiul art. 301, solicit emiterea</w:t>
      </w:r>
    </w:p>
    <w:p>
      <w:pPr>
        <w:autoSpaceDN w:val="0"/>
        <w:autoSpaceDE w:val="0"/>
        <w:widowControl/>
        <w:spacing w:line="194" w:lineRule="exact" w:before="90" w:after="150"/>
        <w:ind w:left="0" w:right="3700" w:firstLine="0"/>
        <w:jc w:val="right"/>
      </w:pPr>
      <w:r>
        <w:rPr>
          <w:w w:val="102.30947795667147"/>
          <w:rFonts w:ascii="TimesNewRomanPS" w:hAnsi="TimesNewRomanPS" w:eastAsia="TimesNewRomanPS"/>
          <w:b/>
          <w:i w:val="0"/>
          <w:color w:val="000000"/>
          <w:sz w:val="19"/>
        </w:rPr>
        <w:t>AUTORIZAȚIEI DE REGULARIZARE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698"/>
        <w:gridCol w:w="1698"/>
        <w:gridCol w:w="1698"/>
        <w:gridCol w:w="1698"/>
        <w:gridCol w:w="1698"/>
        <w:gridCol w:w="1698"/>
      </w:tblGrid>
      <w:tr>
        <w:trPr>
          <w:trHeight w:hRule="exact" w:val="210"/>
        </w:trPr>
        <w:tc>
          <w:tcPr>
            <w:tcW w:type="dxa" w:w="9348"/>
            <w:gridSpan w:val="6"/>
            <w:tcBorders>
              <w:start w:sz="3.2000000000000455" w:val="single" w:color="#767676"/>
              <w:top w:sz="3.200000000000273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4.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IMOBILUL</w:t>
            </w:r>
          </w:p>
        </w:tc>
      </w:tr>
      <w:tr>
        <w:trPr>
          <w:trHeight w:hRule="exact" w:val="218"/>
        </w:trPr>
        <w:tc>
          <w:tcPr>
            <w:tcW w:type="dxa" w:w="9348"/>
            <w:gridSpan w:val="6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teren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construcții</w:t>
            </w:r>
          </w:p>
        </w:tc>
      </w:tr>
      <w:tr>
        <w:trPr>
          <w:trHeight w:hRule="exact" w:val="502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</w:t>
            </w:r>
          </w:p>
        </w:tc>
        <w:tc>
          <w:tcPr>
            <w:tcW w:type="dxa" w:w="3116"/>
            <w:gridSpan w:val="2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 / oraș / comună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 / sector</w:t>
            </w:r>
          </w:p>
        </w:tc>
      </w:tr>
      <w:tr>
        <w:trPr>
          <w:trHeight w:hRule="exact" w:val="506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4674"/>
            <w:gridSpan w:val="3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80"/>
            <w:tcBorders>
              <w:start w:sz="3.200000000000273" w:val="single" w:color="#767676"/>
              <w:top w:sz="4.0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233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Bl. / sc. / et. / ap.</w:t>
            </w:r>
          </w:p>
        </w:tc>
      </w:tr>
      <w:tr>
        <w:trPr>
          <w:trHeight w:hRule="exact" w:val="512"/>
        </w:trPr>
        <w:tc>
          <w:tcPr>
            <w:tcW w:type="dxa" w:w="5452"/>
            <w:gridSpan w:val="3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" w:after="0"/>
              <w:ind w:left="100" w:right="3312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Număr cadastral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dacă imobilul e înscris în e-Terra</w:t>
            </w:r>
          </w:p>
        </w:tc>
        <w:tc>
          <w:tcPr>
            <w:tcW w:type="dxa" w:w="3896"/>
            <w:gridSpan w:val="3"/>
            <w:tcBorders>
              <w:start w:sz="4.0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Carte funciară nr.</w:t>
            </w:r>
          </w:p>
        </w:tc>
      </w:tr>
      <w:tr>
        <w:trPr>
          <w:trHeight w:hRule="exact" w:val="216"/>
        </w:trPr>
        <w:tc>
          <w:tcPr>
            <w:tcW w:type="dxa" w:w="9348"/>
            <w:gridSpan w:val="6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extras de carte funciară actualizat, anexat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plan de încadrare în zonă în sistem Stereo 70, anexat</w:t>
            </w:r>
          </w:p>
        </w:tc>
      </w:tr>
    </w:tbl>
    <w:p>
      <w:pPr>
        <w:autoSpaceDN w:val="0"/>
        <w:autoSpaceDE w:val="0"/>
        <w:widowControl/>
        <w:spacing w:line="16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0188"/>
      </w:tblGrid>
      <w:tr>
        <w:trPr>
          <w:trHeight w:hRule="exact" w:val="21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5.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SITUAȚIA CONSTRUCȚIEI</w:t>
            </w:r>
          </w:p>
        </w:tc>
      </w:tr>
      <w:tr>
        <w:trPr>
          <w:trHeight w:hRule="exact" w:val="218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realizată FĂRĂ autorizație de construire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realizată CU NERESPECTAREA autorizației de construire</w:t>
            </w:r>
          </w:p>
        </w:tc>
      </w:tr>
      <w:tr>
        <w:trPr>
          <w:trHeight w:hRule="exact" w:val="51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" w:after="0"/>
              <w:ind w:left="100" w:right="6336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Autorizația nerespectată — nr. / data / emitent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dacă este cazul</w:t>
            </w:r>
          </w:p>
        </w:tc>
      </w:tr>
      <w:tr>
        <w:trPr>
          <w:trHeight w:hRule="exact" w:val="19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7276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Încadrarea — art. 301, se bifează cazul aplicabil</w:t>
            </w:r>
          </w:p>
        </w:tc>
      </w:tr>
      <w:tr>
        <w:trPr>
          <w:trHeight w:hRule="exact" w:val="836"/>
        </w:trPr>
        <w:tc>
          <w:tcPr>
            <w:tcW w:type="dxa" w:w="9348"/>
            <w:tcBorders>
              <w:start w:sz="3.2000000000000455" w:val="single" w:color="#767676"/>
              <w:top w:sz="3.2000000000007276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0" w:after="0"/>
              <w:ind w:left="100" w:right="1728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alin. (2) — locuință unifamilială, suprafață construită desfășurată de cel mult 150 mp, care nu este monument istoric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alin. (2) — anexă a locuinței / gospodărească / a exploatației agricole, de cel mult 150 mp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alin. (2) — lucrări de închidere a balcoanelor, fără extindere pe domeniul public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alin. (7) — alte categorii, în termenul de excepție de cel mult 1 an de la intrarea în vigoare a Codului</w:t>
            </w:r>
          </w:p>
        </w:tc>
      </w:tr>
    </w:tbl>
    <w:p>
      <w:pPr>
        <w:autoSpaceDN w:val="0"/>
        <w:tabs>
          <w:tab w:pos="4236" w:val="left"/>
        </w:tabs>
        <w:autoSpaceDE w:val="0"/>
        <w:widowControl/>
        <w:spacing w:line="144" w:lineRule="exact" w:before="1784" w:after="0"/>
        <w:ind w:left="108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F_AR_01 · versiunea 1.0 </w:t>
      </w:r>
      <w:r>
        <w:tab/>
      </w: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pagina 1 din 2</w:t>
      </w:r>
    </w:p>
    <w:p>
      <w:pPr>
        <w:sectPr>
          <w:pgSz w:w="11900" w:h="16840"/>
          <w:pgMar w:top="126" w:right="546" w:bottom="236" w:left="11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126" w:lineRule="exact" w:before="0" w:after="0"/>
        <w:ind w:left="0" w:right="0"/>
      </w:pPr>
    </w:p>
    <w:p>
      <w:pPr>
        <w:autoSpaceDN w:val="0"/>
        <w:autoSpaceDE w:val="0"/>
        <w:widowControl/>
        <w:spacing w:line="292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3326"/>
        <w:gridCol w:w="3326"/>
        <w:gridCol w:w="3326"/>
      </w:tblGrid>
      <w:tr>
        <w:trPr>
          <w:trHeight w:hRule="exact" w:val="208"/>
        </w:trPr>
        <w:tc>
          <w:tcPr>
            <w:tcW w:type="dxa" w:w="9348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9886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2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6.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DOCUMENTAȚIA ȘI EXPERTIZAREA TEHNICĂ PENTRU CERINȚELE FUNDAMNETALE</w:t>
            </w:r>
          </w:p>
        </w:tc>
      </w:tr>
      <w:tr>
        <w:trPr>
          <w:trHeight w:hRule="exact" w:val="506"/>
        </w:trPr>
        <w:tc>
          <w:tcPr>
            <w:tcW w:type="dxa" w:w="2338"/>
            <w:tcBorders>
              <w:start w:sz="3.2000000000000455" w:val="single" w:color="#767676"/>
              <w:top w:sz="3.1999999999999886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P.A.C. nr. / data</w:t>
            </w:r>
          </w:p>
        </w:tc>
        <w:tc>
          <w:tcPr>
            <w:tcW w:type="dxa" w:w="3894"/>
            <w:tcBorders>
              <w:start w:sz="3.2000000000000455" w:val="single" w:color="#767676"/>
              <w:top w:sz="3.1999999999999886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Elaborator</w:t>
            </w:r>
          </w:p>
        </w:tc>
        <w:tc>
          <w:tcPr>
            <w:tcW w:type="dxa" w:w="3116"/>
            <w:tcBorders>
              <w:start w:sz="3.200000000000273" w:val="single" w:color="#767676"/>
              <w:top w:sz="3.1999999999999886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Proiectant autor — nr. TNA</w:t>
            </w:r>
          </w:p>
        </w:tc>
      </w:tr>
      <w:tr>
        <w:trPr>
          <w:trHeight w:hRule="exact" w:val="186"/>
        </w:trPr>
        <w:tc>
          <w:tcPr>
            <w:tcW w:type="dxa" w:w="9348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18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Rapoartele de expertiză tehnică, pe cerințele fundamentale</w:t>
            </w:r>
          </w:p>
        </w:tc>
      </w:tr>
      <w:tr>
        <w:trPr>
          <w:trHeight w:hRule="exact" w:val="514"/>
        </w:trPr>
        <w:tc>
          <w:tcPr>
            <w:tcW w:type="dxa" w:w="6232"/>
            <w:gridSpan w:val="2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4" w:after="0"/>
              <w:ind w:left="100" w:right="432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rezistență mecanică și stabilitate — nume și prenume expert tehnic / nr. certificat de expert </w:t>
            </w: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tehnic</w:t>
            </w:r>
          </w:p>
        </w:tc>
        <w:tc>
          <w:tcPr>
            <w:tcW w:type="dxa" w:w="311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Raport de expertiză nr. / data</w:t>
            </w:r>
          </w:p>
        </w:tc>
      </w:tr>
      <w:tr>
        <w:trPr>
          <w:trHeight w:hRule="exact" w:val="502"/>
        </w:trPr>
        <w:tc>
          <w:tcPr>
            <w:tcW w:type="dxa" w:w="6232"/>
            <w:gridSpan w:val="2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securitate la incendiu — nume și prenume expert tehnic / nr. certificat de expert tehnic</w:t>
            </w:r>
          </w:p>
        </w:tc>
        <w:tc>
          <w:tcPr>
            <w:tcW w:type="dxa" w:w="311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Raport de expertiză nr. / data</w:t>
            </w:r>
          </w:p>
        </w:tc>
      </w:tr>
      <w:tr>
        <w:trPr>
          <w:trHeight w:hRule="exact" w:val="514"/>
        </w:trPr>
        <w:tc>
          <w:tcPr>
            <w:tcW w:type="dxa" w:w="6232"/>
            <w:gridSpan w:val="2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igienă, sănătate și mediu înconjurător — nume și prenume expert tehnic / nr. certificat de expert </w:t>
            </w: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tehnic</w:t>
            </w:r>
          </w:p>
        </w:tc>
        <w:tc>
          <w:tcPr>
            <w:tcW w:type="dxa" w:w="311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Raport de expertiză nr. / data</w:t>
            </w:r>
          </w:p>
        </w:tc>
      </w:tr>
      <w:tr>
        <w:trPr>
          <w:trHeight w:hRule="exact" w:val="512"/>
        </w:trPr>
        <w:tc>
          <w:tcPr>
            <w:tcW w:type="dxa" w:w="6232"/>
            <w:gridSpan w:val="2"/>
            <w:tcBorders>
              <w:start w:sz="3.2000000000000455" w:val="single" w:color="#767676"/>
              <w:top w:sz="3.199999999999818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4" w:after="0"/>
              <w:ind w:left="100" w:right="432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siguranță și accesibilitate în exploatare — nume și prenume expert tehnic / nr. certificat de </w:t>
            </w: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expert tehnic</w:t>
            </w:r>
          </w:p>
        </w:tc>
        <w:tc>
          <w:tcPr>
            <w:tcW w:type="dxa" w:w="3116"/>
            <w:tcBorders>
              <w:start w:sz="3.200000000000273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Raport de expertiză nr. / data</w:t>
            </w:r>
          </w:p>
        </w:tc>
      </w:tr>
      <w:tr>
        <w:trPr>
          <w:trHeight w:hRule="exact" w:val="504"/>
        </w:trPr>
        <w:tc>
          <w:tcPr>
            <w:tcW w:type="dxa" w:w="6232"/>
            <w:gridSpan w:val="2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0" w:right="0" w:firstLine="0"/>
              <w:jc w:val="center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protecție împotriva zgomotului — nume și prenume expert tehnic / nr. certificat de expert tehnic</w:t>
            </w:r>
          </w:p>
        </w:tc>
        <w:tc>
          <w:tcPr>
            <w:tcW w:type="dxa" w:w="311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Raport de expertiză nr. / data</w:t>
            </w:r>
          </w:p>
        </w:tc>
      </w:tr>
      <w:tr>
        <w:trPr>
          <w:trHeight w:hRule="exact" w:val="510"/>
        </w:trPr>
        <w:tc>
          <w:tcPr>
            <w:tcW w:type="dxa" w:w="6232"/>
            <w:gridSpan w:val="2"/>
            <w:tcBorders>
              <w:start w:sz="3.2000000000000455" w:val="single" w:color="#767676"/>
              <w:top w:sz="3.2000000000000455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economie de energie și izolare termică — nume și prenume expert tehnic / nr. certificat de expert </w:t>
            </w: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tehnic</w:t>
            </w:r>
          </w:p>
        </w:tc>
        <w:tc>
          <w:tcPr>
            <w:tcW w:type="dxa" w:w="3116"/>
            <w:tcBorders>
              <w:start w:sz="3.200000000000273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Raport de expertiză nr. / data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3326"/>
        <w:gridCol w:w="3326"/>
        <w:gridCol w:w="3326"/>
      </w:tblGrid>
      <w:tr>
        <w:trPr>
          <w:trHeight w:hRule="exact" w:val="210"/>
        </w:trPr>
        <w:tc>
          <w:tcPr>
            <w:tcW w:type="dxa" w:w="9348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7.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RAPORT PRIVIND RESPECTAREA REGLEMENTARILOR URBANISTICE, DACĂ ESTE CAZUL</w:t>
            </w:r>
          </w:p>
        </w:tc>
      </w:tr>
      <w:tr>
        <w:trPr>
          <w:trHeight w:hRule="exact" w:val="504"/>
        </w:trPr>
        <w:tc>
          <w:tcPr>
            <w:tcW w:type="dxa" w:w="2338"/>
            <w:tcBorders>
              <w:start w:sz="3.2000000000000455" w:val="single" w:color="#767676"/>
              <w:top w:sz="3.2000000000000455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Elaborator</w:t>
            </w:r>
          </w:p>
        </w:tc>
        <w:tc>
          <w:tcPr>
            <w:tcW w:type="dxa" w:w="3894"/>
            <w:tcBorders>
              <w:start w:sz="3.2000000000000455" w:val="single" w:color="#767676"/>
              <w:top w:sz="3.2000000000000455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Raport nr. / data</w:t>
            </w:r>
          </w:p>
        </w:tc>
        <w:tc>
          <w:tcPr>
            <w:tcW w:type="dxa" w:w="3116"/>
            <w:tcBorders>
              <w:start w:sz="3.200000000000273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 certificat atestare</w:t>
            </w:r>
          </w:p>
        </w:tc>
      </w:tr>
    </w:tbl>
    <w:p>
      <w:pPr>
        <w:autoSpaceDN w:val="0"/>
        <w:autoSpaceDE w:val="0"/>
        <w:widowControl/>
        <w:spacing w:line="23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9978"/>
      </w:tblGrid>
      <w:tr>
        <w:trPr>
          <w:trHeight w:hRule="exact" w:val="21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8.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ANEXEZ LA PREZENTA CERERE</w:t>
            </w:r>
          </w:p>
        </w:tc>
      </w:tr>
      <w:tr>
        <w:trPr>
          <w:trHeight w:hRule="exact" w:val="216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0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a) rapoartele de expertiză tehnică pentru cerințele fundamentale</w:t>
            </w:r>
          </w:p>
        </w:tc>
      </w:tr>
      <w:tr>
        <w:trPr>
          <w:trHeight w:hRule="exact" w:val="218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6" w:after="0"/>
              <w:ind w:left="10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b) documente emise de către emitenții avizelor / acordurilor (câte 1 exemplar copie):</w:t>
            </w:r>
          </w:p>
        </w:tc>
      </w:tr>
      <w:tr>
        <w:trPr>
          <w:trHeight w:hRule="exact" w:val="514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94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4" w:lineRule="exact" w:before="18" w:after="0"/>
              <w:ind w:left="100" w:right="288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raport privind respectarea reglementărilor urbanistice, elaborat de structura de specialitate / de specialist cu drept de semnătură în domeniul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>urbanismului, după caz</w:t>
            </w:r>
          </w:p>
        </w:tc>
      </w:tr>
      <w:tr>
        <w:trPr>
          <w:trHeight w:hRule="exact" w:val="808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tabs>
                <w:tab w:pos="140" w:val="left"/>
              </w:tabs>
              <w:autoSpaceDE w:val="0"/>
              <w:widowControl/>
              <w:spacing w:line="196" w:lineRule="exact" w:before="10" w:after="0"/>
              <w:ind w:left="100" w:right="432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extras de carte funciară actualizat 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documentația P.A.C. (2 exemplare sau 1 exemplar original, în format letric, acolo unde autoritatea are posibilitatea de a arhiva în format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digital)) 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dovada achitării taxelor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împuternicirea, dacă este cazul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9978"/>
      </w:tblGrid>
      <w:tr>
        <w:trPr>
          <w:trHeight w:hRule="exact" w:val="550"/>
        </w:trPr>
        <w:tc>
          <w:tcPr>
            <w:tcW w:type="dxa" w:w="9348"/>
            <w:tcBorders>
              <w:start w:sz="3.2000000000000455" w:val="single" w:color="#767676"/>
              <w:top w:sz="3.200000000000273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0" w:after="0"/>
              <w:ind w:left="100" w:right="144" w:firstLine="0"/>
              <w:jc w:val="left"/>
            </w:pP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 xml:space="preserve">Declar pe propria răspundere, sub sancțiunea Codului penal privind infracțiunea de fals în declarații, că datele menționate în prezenta </w:t>
            </w: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 xml:space="preserve">cerere sunt reale și exacte și că am formulat prezenta cerere anterior începerii lucrărilor de modificare identificate în Proiectul pentru </w:t>
            </w: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>autorizarea construirii atașat, astfel cum stabilește art. 301.</w:t>
            </w:r>
          </w:p>
        </w:tc>
      </w:tr>
    </w:tbl>
    <w:p>
      <w:pPr>
        <w:autoSpaceDN w:val="0"/>
        <w:autoSpaceDE w:val="0"/>
        <w:widowControl/>
        <w:spacing w:line="1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3326"/>
        <w:gridCol w:w="3326"/>
        <w:gridCol w:w="3326"/>
      </w:tblGrid>
      <w:tr>
        <w:trPr>
          <w:trHeight w:hRule="exact" w:val="212"/>
        </w:trPr>
        <w:tc>
          <w:tcPr>
            <w:tcW w:type="dxa" w:w="9348"/>
            <w:gridSpan w:val="3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9.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DATA ȘI SEMNĂTURA</w:t>
            </w:r>
          </w:p>
        </w:tc>
      </w:tr>
      <w:tr>
        <w:trPr>
          <w:trHeight w:hRule="exact" w:val="504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  <w:tc>
          <w:tcPr>
            <w:tcW w:type="dxa" w:w="4674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Solicitantul</w:t>
            </w:r>
          </w:p>
        </w:tc>
        <w:tc>
          <w:tcPr>
            <w:tcW w:type="dxa" w:w="311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Semnătura</w:t>
            </w:r>
          </w:p>
        </w:tc>
      </w:tr>
    </w:tbl>
    <w:p>
      <w:pPr>
        <w:autoSpaceDN w:val="0"/>
        <w:tabs>
          <w:tab w:pos="4838" w:val="left"/>
        </w:tabs>
        <w:autoSpaceDE w:val="0"/>
        <w:widowControl/>
        <w:spacing w:line="144" w:lineRule="exact" w:before="6490" w:after="0"/>
        <w:ind w:left="710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F_AR_01 · versiunea 1.0 </w:t>
      </w:r>
      <w:r>
        <w:tab/>
      </w: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pagina 2 din 2</w:t>
      </w:r>
    </w:p>
    <w:sectPr w:rsidR="00FC693F" w:rsidRPr="0006063C" w:rsidSect="00034616">
      <w:pgSz w:w="11900" w:h="16840"/>
      <w:pgMar w:top="126" w:right="1358" w:bottom="236" w:left="564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F_AR_01 · versiunea 1.0 — formular editabil</dc:title>
  <dc:subject>Formular editabil cu stema municipiului Slatina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