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03B2A" w14:textId="77777777" w:rsidR="002657D8" w:rsidRDefault="002657D8">
      <w:pPr>
        <w:autoSpaceDE w:val="0"/>
        <w:autoSpaceDN w:val="0"/>
        <w:spacing w:after="0" w:line="126" w:lineRule="exact"/>
      </w:pPr>
    </w:p>
    <w:p w14:paraId="2BEA7753" w14:textId="77777777" w:rsidR="002657D8" w:rsidRDefault="002657D8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2657D8" w14:paraId="3F985A3A" w14:textId="77777777">
        <w:trPr>
          <w:trHeight w:hRule="exact"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  <w:vAlign w:val="center"/>
          </w:tcPr>
          <w:p w14:paraId="5CF0866A" w14:textId="77777777" w:rsidR="002657D8" w:rsidRDefault="0000000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3E2EAED" wp14:editId="135B6F4D">
                  <wp:extent cx="571195" cy="810000"/>
                  <wp:effectExtent l="0" t="0" r="0" b="0"/>
                  <wp:docPr id="1" name="Picture 1" descr="Stema municipiului Slatina" title="Stema municipiului Sla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  <w:vAlign w:val="center"/>
          </w:tcPr>
          <w:p w14:paraId="1261737E" w14:textId="77777777" w:rsidR="002657D8" w:rsidRDefault="00000000">
            <w:pPr>
              <w:autoSpaceDE w:val="0"/>
              <w:autoSpaceDN w:val="0"/>
              <w:spacing w:after="0" w:line="146" w:lineRule="exact"/>
              <w:ind w:left="30" w:right="30"/>
            </w:pPr>
            <w:r>
              <w:rPr>
                <w:rFonts w:ascii="Times New Roman" w:eastAsia="Times New Roman" w:hAnsi="Times New Roman"/>
                <w:b/>
                <w:color w:val="0D5F78"/>
                <w:sz w:val="15"/>
              </w:rPr>
              <w:t>Județul Olt</w:t>
            </w:r>
          </w:p>
        </w:tc>
      </w:tr>
      <w:tr w:rsidR="002657D8" w14:paraId="4BEC9360" w14:textId="77777777">
        <w:trPr>
          <w:trHeight w:hRule="exact" w:val="502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52CA386A" w14:textId="77777777" w:rsidR="002657D8" w:rsidRDefault="002657D8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  <w:vAlign w:val="center"/>
          </w:tcPr>
          <w:p w14:paraId="32E31014" w14:textId="77777777" w:rsidR="002657D8" w:rsidRDefault="00000000">
            <w:pPr>
              <w:autoSpaceDE w:val="0"/>
              <w:autoSpaceDN w:val="0"/>
              <w:spacing w:after="0" w:line="146" w:lineRule="exact"/>
              <w:ind w:left="30" w:right="30"/>
            </w:pPr>
            <w:r>
              <w:rPr>
                <w:rFonts w:ascii="Times New Roman" w:eastAsia="Times New Roman" w:hAnsi="Times New Roman"/>
                <w:b/>
                <w:color w:val="0D5F78"/>
                <w:sz w:val="15"/>
              </w:rPr>
              <w:t>Primăria Municipiului Slatina</w:t>
            </w:r>
          </w:p>
        </w:tc>
      </w:tr>
      <w:tr w:rsidR="002657D8" w14:paraId="0B4041E3" w14:textId="77777777">
        <w:trPr>
          <w:trHeight w:hRule="exact" w:val="514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4DDEA7FC" w14:textId="77777777" w:rsidR="002657D8" w:rsidRDefault="002657D8"/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  <w:vAlign w:val="center"/>
          </w:tcPr>
          <w:p w14:paraId="71DF4DC7" w14:textId="77777777" w:rsidR="002657D8" w:rsidRDefault="00000000">
            <w:pPr>
              <w:autoSpaceDE w:val="0"/>
              <w:autoSpaceDN w:val="0"/>
              <w:spacing w:after="0" w:line="146" w:lineRule="exact"/>
              <w:ind w:left="30" w:right="30"/>
            </w:pPr>
            <w:r>
              <w:rPr>
                <w:rFonts w:ascii="Times New Roman" w:eastAsia="Times New Roman" w:hAnsi="Times New Roman"/>
                <w:b/>
                <w:color w:val="0D5F78"/>
                <w:sz w:val="15"/>
              </w:rPr>
              <w:t>CIF 4394811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  <w:vAlign w:val="center"/>
          </w:tcPr>
          <w:p w14:paraId="1EB7C654" w14:textId="77777777" w:rsidR="002657D8" w:rsidRDefault="00000000">
            <w:pPr>
              <w:autoSpaceDE w:val="0"/>
              <w:autoSpaceDN w:val="0"/>
              <w:spacing w:after="0" w:line="166" w:lineRule="exact"/>
              <w:ind w:left="30" w:right="30"/>
            </w:pPr>
            <w:r>
              <w:rPr>
                <w:rFonts w:ascii="Times New Roman" w:eastAsia="Times New Roman" w:hAnsi="Times New Roman"/>
                <w:b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 w:rsidR="002657D8" w14:paraId="5FF843C5" w14:textId="77777777">
        <w:trPr>
          <w:trHeight w:hRule="exact" w:val="504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3B2C4BE0" w14:textId="77777777" w:rsidR="002657D8" w:rsidRDefault="002657D8"/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2D67A2DF" w14:textId="77777777" w:rsidR="002657D8" w:rsidRDefault="00000000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 de 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BE01E53" w14:textId="77777777" w:rsidR="002657D8" w:rsidRDefault="00000000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</w:tr>
      <w:tr w:rsidR="002657D8" w14:paraId="6842D44F" w14:textId="77777777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24CD2E1" w14:textId="77777777" w:rsidR="002657D8" w:rsidRDefault="00000000">
            <w:pPr>
              <w:autoSpaceDE w:val="0"/>
              <w:autoSpaceDN w:val="0"/>
              <w:spacing w:before="22"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 xml:space="preserve"> se completează de autoritate — solicitantul nu scrie în această zonă</w:t>
            </w:r>
          </w:p>
        </w:tc>
      </w:tr>
    </w:tbl>
    <w:p w14:paraId="66D7BAFB" w14:textId="77777777" w:rsidR="002657D8" w:rsidRDefault="00000000">
      <w:pPr>
        <w:autoSpaceDE w:val="0"/>
        <w:autoSpaceDN w:val="0"/>
        <w:spacing w:before="302" w:after="204" w:line="270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7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2657D8" w14:paraId="4618C1D3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D2D18AE" w14:textId="77777777" w:rsidR="002657D8" w:rsidRDefault="00000000">
            <w:pPr>
              <w:autoSpaceDE w:val="0"/>
              <w:autoSpaceDN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CĂTRE</w:t>
            </w:r>
          </w:p>
        </w:tc>
      </w:tr>
      <w:tr w:rsidR="002657D8" w14:paraId="605D72F7" w14:textId="77777777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ED083CF" w14:textId="77777777" w:rsidR="002657D8" w:rsidRDefault="00000000">
            <w:pPr>
              <w:autoSpaceDE w:val="0"/>
              <w:autoSpaceDN w:val="0"/>
              <w:spacing w:before="6" w:after="0" w:line="166" w:lineRule="exact"/>
              <w:ind w:left="100" w:right="432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Instituția </w:t>
            </w:r>
            <w:r>
              <w:br/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</w:rPr>
              <w:t>primăria municipiului / orașului / comunei · primăria de sector · consiliul județean</w:t>
            </w:r>
          </w:p>
        </w:tc>
      </w:tr>
      <w:tr w:rsidR="002657D8" w14:paraId="198AA736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C10549B" w14:textId="77777777" w:rsidR="002657D8" w:rsidRDefault="00000000">
            <w:pPr>
              <w:autoSpaceDE w:val="0"/>
              <w:autoSpaceDN w:val="0"/>
              <w:spacing w:before="14" w:after="0" w:line="146" w:lineRule="exact"/>
              <w:jc w:val="center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773D817B" w14:textId="77777777" w:rsidR="002657D8" w:rsidRDefault="002657D8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2657D8" w14:paraId="62FCDD3F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D9D34BD" w14:textId="77777777" w:rsidR="002657D8" w:rsidRDefault="00000000">
            <w:pPr>
              <w:autoSpaceDE w:val="0"/>
              <w:autoSpaceDN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SOLICITANTUL</w:t>
            </w:r>
          </w:p>
        </w:tc>
      </w:tr>
      <w:tr w:rsidR="002657D8" w14:paraId="439C4368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9C0A8A2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F12142A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CNP</w:t>
            </w:r>
          </w:p>
        </w:tc>
      </w:tr>
      <w:tr w:rsidR="002657D8" w14:paraId="1F877780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CD2D6CE" w14:textId="77777777" w:rsidR="002657D8" w:rsidRDefault="00000000">
            <w:pPr>
              <w:autoSpaceDE w:val="0"/>
              <w:autoSpaceDN w:val="0"/>
              <w:spacing w:before="24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Act de identitate</w:t>
            </w:r>
          </w:p>
        </w:tc>
      </w:tr>
      <w:tr w:rsidR="002657D8" w14:paraId="3BE6BF23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003B19" w14:textId="77777777" w:rsidR="002657D8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2E80081" w14:textId="77777777" w:rsidR="002657D8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9682735" w14:textId="77777777" w:rsidR="002657D8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Eliberat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BB50E00" w14:textId="77777777" w:rsidR="002657D8" w:rsidRDefault="00000000">
            <w:pPr>
              <w:autoSpaceDE w:val="0"/>
              <w:autoSpaceDN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La data</w:t>
            </w:r>
          </w:p>
        </w:tc>
      </w:tr>
      <w:tr w:rsidR="002657D8" w14:paraId="02D8BAC1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E3F70D7" w14:textId="77777777" w:rsidR="002657D8" w:rsidRDefault="00000000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Domiciliul</w:t>
            </w:r>
          </w:p>
        </w:tc>
      </w:tr>
      <w:tr w:rsidR="002657D8" w14:paraId="17B4B825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F813F00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5AC862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C618DE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Satul / sectorul</w:t>
            </w:r>
          </w:p>
        </w:tc>
      </w:tr>
      <w:tr w:rsidR="002657D8" w14:paraId="3B15EA81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B091F76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808B84C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19331ED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6EEFD62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97B597E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C25014B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2AF5328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Țara</w:t>
            </w:r>
          </w:p>
        </w:tc>
      </w:tr>
      <w:tr w:rsidR="002657D8" w14:paraId="62E9FEE0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2D22533" w14:textId="77777777" w:rsidR="002657D8" w:rsidRDefault="00000000">
            <w:pPr>
              <w:autoSpaceDE w:val="0"/>
              <w:autoSpaceDN w:val="0"/>
              <w:spacing w:before="20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Date de contact</w:t>
            </w:r>
          </w:p>
        </w:tc>
      </w:tr>
      <w:tr w:rsidR="002657D8" w14:paraId="64EF3268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5E3C00D" w14:textId="77777777" w:rsidR="002657D8" w:rsidRDefault="00000000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D4B830C" w14:textId="77777777" w:rsidR="002657D8" w:rsidRDefault="00000000">
            <w:pPr>
              <w:autoSpaceDE w:val="0"/>
              <w:autoSpaceDN w:val="0"/>
              <w:spacing w:before="28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E-mail</w:t>
            </w:r>
          </w:p>
        </w:tc>
      </w:tr>
      <w:tr w:rsidR="002657D8" w14:paraId="564BB0A9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76DB1D2" w14:textId="77777777" w:rsidR="002657D8" w:rsidRDefault="00000000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Reprezentare</w:t>
            </w:r>
          </w:p>
        </w:tc>
      </w:tr>
      <w:tr w:rsidR="002657D8" w14:paraId="51ED6EB1" w14:textId="77777777">
        <w:trPr>
          <w:trHeight w:hRule="exact" w:val="506"/>
        </w:trPr>
        <w:tc>
          <w:tcPr>
            <w:tcW w:w="6232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0C52866" w14:textId="77777777" w:rsidR="002657D8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În calitate de reprezentant al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6ABA534" w14:textId="77777777" w:rsidR="002657D8" w:rsidRDefault="00000000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CUI / CIF</w:t>
            </w:r>
          </w:p>
        </w:tc>
      </w:tr>
    </w:tbl>
    <w:p w14:paraId="1CBC5BFD" w14:textId="77777777" w:rsidR="002657D8" w:rsidRDefault="002657D8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5454"/>
      </w:tblGrid>
      <w:tr w:rsidR="002657D8" w14:paraId="039D069D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121AAAB" w14:textId="77777777" w:rsidR="002657D8" w:rsidRDefault="00000000">
            <w:pPr>
              <w:autoSpaceDE w:val="0"/>
              <w:autoSpaceDN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3.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AUTORIZAȚIA DE CONSTRUIRE</w:t>
            </w:r>
          </w:p>
        </w:tc>
      </w:tr>
      <w:tr w:rsidR="002657D8" w14:paraId="09903B5F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137A1F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840C85F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Din data</w:t>
            </w:r>
          </w:p>
        </w:tc>
        <w:tc>
          <w:tcPr>
            <w:tcW w:w="5454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8539538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Emisă de</w:t>
            </w:r>
          </w:p>
        </w:tc>
      </w:tr>
    </w:tbl>
    <w:p w14:paraId="7D425D8F" w14:textId="77777777" w:rsidR="002657D8" w:rsidRDefault="00000000">
      <w:pPr>
        <w:autoSpaceDE w:val="0"/>
        <w:autoSpaceDN w:val="0"/>
        <w:spacing w:before="146" w:after="2" w:line="256" w:lineRule="exact"/>
        <w:ind w:left="432" w:right="1008"/>
        <w:jc w:val="center"/>
      </w:pPr>
      <w:r>
        <w:rPr>
          <w:rFonts w:ascii="TimesNewRomanPSMT" w:eastAsia="TimesNewRomanPSMT" w:hAnsi="TimesNewRomanPSMT"/>
          <w:color w:val="000000"/>
          <w:w w:val="102"/>
          <w:sz w:val="17"/>
        </w:rPr>
        <w:t xml:space="preserve">în temeiul art. 309 – art. 310 din Legea nr. 169/2026 privind Codul amenajării teritoriului, urbanismului și construcțiilor, solicit: </w:t>
      </w:r>
      <w:r>
        <w:br/>
      </w:r>
      <w:r>
        <w:rPr>
          <w:rFonts w:ascii="SegoeUISymbol" w:eastAsia="SegoeUISymbol" w:hAnsi="SegoeUISymbol"/>
          <w:color w:val="000000"/>
          <w:w w:val="102"/>
          <w:sz w:val="19"/>
        </w:rPr>
        <w:t>☐</w:t>
      </w:r>
      <w:r>
        <w:rPr>
          <w:rFonts w:ascii="TimesNewRomanPSMT" w:eastAsia="TimesNewRomanPSMT" w:hAnsi="TimesNewRomanPSMT"/>
          <w:color w:val="000000"/>
          <w:w w:val="102"/>
          <w:sz w:val="19"/>
        </w:rPr>
        <w:t xml:space="preserve"> prelungirea DURATEI DE EXECUȚIE, pentru cel mult 12 luni  / </w:t>
      </w:r>
      <w:r>
        <w:br/>
      </w:r>
      <w:r>
        <w:rPr>
          <w:rFonts w:ascii="SegoeUISymbol" w:eastAsia="SegoeUISymbol" w:hAnsi="SegoeUISymbol"/>
          <w:color w:val="000000"/>
          <w:w w:val="102"/>
          <w:sz w:val="19"/>
        </w:rPr>
        <w:t>☐</w:t>
      </w:r>
      <w:r>
        <w:rPr>
          <w:rFonts w:ascii="TimesNewRomanPSMT" w:eastAsia="TimesNewRomanPSMT" w:hAnsi="TimesNewRomanPSMT"/>
          <w:color w:val="000000"/>
          <w:w w:val="102"/>
          <w:sz w:val="19"/>
        </w:rPr>
        <w:t xml:space="preserve"> prelungirea VALABILITĂȚII autorizației, pentru cel mult 12 luni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4674"/>
        <w:gridCol w:w="4674"/>
      </w:tblGrid>
      <w:tr w:rsidR="002657D8" w14:paraId="0A8EAAA3" w14:textId="77777777">
        <w:trPr>
          <w:trHeight w:hRule="exact" w:val="502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0C4409" w14:textId="77777777" w:rsidR="002657D8" w:rsidRDefault="00000000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De la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9B0EAC" w14:textId="77777777" w:rsidR="002657D8" w:rsidRDefault="00000000">
            <w:pPr>
              <w:autoSpaceDE w:val="0"/>
              <w:autoSpaceDN w:val="0"/>
              <w:spacing w:before="24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Până la data</w:t>
            </w:r>
          </w:p>
        </w:tc>
      </w:tr>
      <w:tr w:rsidR="002657D8" w14:paraId="314FC397" w14:textId="77777777">
        <w:trPr>
          <w:trHeight w:hRule="exact" w:val="506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E34F400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Stadiul lucrărilor (%)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0817419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 începerii efective</w:t>
            </w:r>
          </w:p>
        </w:tc>
      </w:tr>
      <w:tr w:rsidR="002657D8" w14:paraId="5278EE70" w14:textId="77777777">
        <w:trPr>
          <w:trHeight w:hRule="exact" w:val="18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C0F4FE5" w14:textId="77777777" w:rsidR="002657D8" w:rsidRDefault="00000000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Lucrările rămase de executat și motivarea</w:t>
            </w:r>
          </w:p>
        </w:tc>
      </w:tr>
      <w:tr w:rsidR="002657D8" w14:paraId="78DB5F35" w14:textId="77777777">
        <w:trPr>
          <w:trHeight w:hRule="exact" w:val="758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4602E42" w14:textId="77777777" w:rsidR="002657D8" w:rsidRDefault="002657D8"/>
        </w:tc>
      </w:tr>
    </w:tbl>
    <w:p w14:paraId="12E06E2A" w14:textId="77777777" w:rsidR="002657D8" w:rsidRDefault="002657D8">
      <w:pPr>
        <w:autoSpaceDE w:val="0"/>
        <w:autoSpaceDN w:val="0"/>
        <w:spacing w:after="0" w:line="118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2657D8" w14:paraId="5B3D7ECA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6EF091D" w14:textId="77777777" w:rsidR="002657D8" w:rsidRDefault="00000000">
            <w:pPr>
              <w:autoSpaceDE w:val="0"/>
              <w:autoSpaceDN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5.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SE ANEXEAZĂ</w:t>
            </w:r>
          </w:p>
        </w:tc>
      </w:tr>
      <w:tr w:rsidR="002657D8" w14:paraId="70141A6C" w14:textId="77777777">
        <w:trPr>
          <w:trHeight w:hRule="exact" w:val="21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13602BE" w14:textId="77777777" w:rsidR="002657D8" w:rsidRDefault="00000000">
            <w:pPr>
              <w:autoSpaceDE w:val="0"/>
              <w:autoSpaceDN w:val="0"/>
              <w:spacing w:before="42" w:after="0" w:line="162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autorizația de construire (în original)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documentul privind achitarea taxei (copie)</w:t>
            </w:r>
          </w:p>
        </w:tc>
      </w:tr>
    </w:tbl>
    <w:p w14:paraId="4E46948C" w14:textId="77777777" w:rsidR="002657D8" w:rsidRDefault="002657D8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2657D8" w14:paraId="7BBCB87C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000000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4BDADAF" w14:textId="77777777" w:rsidR="002657D8" w:rsidRDefault="00000000">
            <w:pPr>
              <w:autoSpaceDE w:val="0"/>
              <w:autoSpaceDN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6.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DATA ȘI SEMNĂTURA</w:t>
            </w:r>
          </w:p>
        </w:tc>
      </w:tr>
      <w:tr w:rsidR="002657D8" w14:paraId="57CF5E6A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1FE69CE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82DC7F2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Titularul autorizației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F5C6D06" w14:textId="77777777" w:rsidR="002657D8" w:rsidRDefault="00000000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14:paraId="4965DD2D" w14:textId="77777777" w:rsidR="002657D8" w:rsidRDefault="00000000">
      <w:pPr>
        <w:tabs>
          <w:tab w:val="left" w:pos="4234"/>
        </w:tabs>
        <w:autoSpaceDE w:val="0"/>
        <w:autoSpaceDN w:val="0"/>
        <w:spacing w:before="2040" w:after="0" w:line="144" w:lineRule="exact"/>
        <w:ind w:left="108"/>
      </w:pPr>
      <w:r>
        <w:rPr>
          <w:rFonts w:ascii="TimesNewRomanPSMT" w:eastAsia="TimesNewRomanPSMT" w:hAnsi="TimesNewRomanPSMT"/>
          <w:color w:val="595959"/>
          <w:w w:val="97"/>
          <w:sz w:val="15"/>
        </w:rPr>
        <w:t xml:space="preserve">F_A_02 · versiunea 1.0 </w:t>
      </w:r>
      <w:r>
        <w:tab/>
      </w:r>
      <w:r>
        <w:rPr>
          <w:rFonts w:ascii="TimesNewRomanPSMT" w:eastAsia="TimesNewRomanPSMT" w:hAnsi="TimesNewRomanPSMT"/>
          <w:color w:val="595959"/>
          <w:w w:val="97"/>
          <w:sz w:val="15"/>
        </w:rPr>
        <w:t>pagina 1 din 1</w:t>
      </w:r>
    </w:p>
    <w:sectPr w:rsidR="002657D8" w:rsidSect="00034616">
      <w:pgSz w:w="11900" w:h="16840"/>
      <w:pgMar w:top="126" w:right="546" w:bottom="236" w:left="116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8962586">
    <w:abstractNumId w:val="8"/>
  </w:num>
  <w:num w:numId="2" w16cid:durableId="931816605">
    <w:abstractNumId w:val="6"/>
  </w:num>
  <w:num w:numId="3" w16cid:durableId="1256941507">
    <w:abstractNumId w:val="5"/>
  </w:num>
  <w:num w:numId="4" w16cid:durableId="456992132">
    <w:abstractNumId w:val="4"/>
  </w:num>
  <w:num w:numId="5" w16cid:durableId="544608103">
    <w:abstractNumId w:val="7"/>
  </w:num>
  <w:num w:numId="6" w16cid:durableId="201133595">
    <w:abstractNumId w:val="3"/>
  </w:num>
  <w:num w:numId="7" w16cid:durableId="1803958811">
    <w:abstractNumId w:val="2"/>
  </w:num>
  <w:num w:numId="8" w16cid:durableId="169757369">
    <w:abstractNumId w:val="1"/>
  </w:num>
  <w:num w:numId="9" w16cid:durableId="147155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1EA5"/>
    <w:rsid w:val="0015074B"/>
    <w:rsid w:val="002657D8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5D4DC"/>
  <w14:defaultImageDpi w14:val="300"/>
  <w15:docId w15:val="{0A3881D5-0FC4-4B82-B686-3E08AC50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F_A_02 · versiunea 1.0 — formular editabil</dc:title>
  <dc:subject>Formular editabil cu stema municipiului Slatina</dc:subject>
  <dc:creator>Otilia</dc:creator>
  <cp:keywords/>
  <dc:description/>
  <cp:lastModifiedBy>Otilia</cp:lastModifiedBy>
  <cp:revision>2</cp:revision>
  <dcterms:created xsi:type="dcterms:W3CDTF">2026-09-04T06:35:00Z</dcterms:created>
  <dcterms:modified xsi:type="dcterms:W3CDTF">2026-09-04T06:35:00Z</dcterms:modified>
  <cp:category/>
</cp:coreProperties>
</file>