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26" w:lineRule="exact" w:before="0" w:after="0"/>
        <w:ind w:left="0" w:right="0"/>
      </w:pPr>
    </w:p>
    <w:p>
      <w:pPr>
        <w:autoSpaceDN w:val="0"/>
        <w:autoSpaceDE w:val="0"/>
        <w:widowControl/>
        <w:spacing w:line="2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2494"/>
        <w:gridCol w:w="2494"/>
        <w:gridCol w:w="2494"/>
        <w:gridCol w:w="2494"/>
      </w:tblGrid>
      <w:tr>
        <w:trPr>
          <w:trHeight w:hRule="exact" w:val="504"/>
        </w:trPr>
        <w:tc>
          <w:tcPr>
            <w:tcW w:type="dxa" w:w="1558"/>
            <w:vMerge w:val="restart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571195" cy="810000"/>
                  <wp:docPr id="1" name="Picture 1" descr="Stema municipiului Slatina" title="Stema municipiului Slatina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stema_slatinei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95" cy="81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Județul Olt</w:t>
            </w:r>
          </w:p>
        </w:tc>
      </w:tr>
      <w:tr>
        <w:trPr>
          <w:trHeight w:hRule="exact" w:val="502"/>
        </w:trPr>
        <w:tc>
          <w:tcPr>
            <w:tcW w:type="dxa" w:w="2494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7790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Primăria Municipiului Slatina</w:t>
            </w:r>
          </w:p>
        </w:tc>
      </w:tr>
      <w:tr>
        <w:trPr>
          <w:trHeight w:hRule="exact" w:val="514"/>
        </w:trPr>
        <w:tc>
          <w:tcPr>
            <w:tcW w:type="dxa" w:w="2494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2336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4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5"/>
              </w:rPr>
              <w:t>CIF 4394811</w:t>
            </w:r>
          </w:p>
        </w:tc>
        <w:tc>
          <w:tcPr>
            <w:tcW w:type="dxa" w:w="5454"/>
            <w:gridSpan w:val="2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vAlign w:val="center"/>
          </w:tcPr>
          <w:p>
            <w:pPr>
              <w:autoSpaceDN w:val="0"/>
              <w:autoSpaceDE w:val="0"/>
              <w:widowControl/>
              <w:spacing w:line="166" w:lineRule="exact" w:before="0" w:after="0"/>
              <w:ind w:left="30" w:right="30" w:firstLine="0"/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D5F78"/>
                <w:sz w:val="13"/>
              </w:rPr>
              <w:t>Strada Mihail Kogălniceanu nr. 1, Slatina, Olt • 0249439377 • office@primariaslatina.ro</w:t>
            </w:r>
          </w:p>
        </w:tc>
      </w:tr>
      <w:tr>
        <w:trPr>
          <w:trHeight w:hRule="exact" w:val="504"/>
        </w:trPr>
        <w:tc>
          <w:tcPr>
            <w:tcW w:type="dxa" w:w="2494"/>
            <w:vMerge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4.0" w:val="single" w:color="#767676"/>
            </w:tcBorders>
          </w:tcPr>
          <w:p/>
        </w:tc>
        <w:tc>
          <w:tcPr>
            <w:tcW w:type="dxa" w:w="4674"/>
            <w:gridSpan w:val="2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 de înregistrare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</w:tr>
      <w:tr>
        <w:trPr>
          <w:trHeight w:hRule="exact" w:val="178"/>
        </w:trPr>
        <w:tc>
          <w:tcPr>
            <w:tcW w:type="dxa" w:w="9348"/>
            <w:gridSpan w:val="4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efefef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2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595959"/>
                <w:sz w:val="15"/>
              </w:rPr>
              <w:t xml:space="preserve"> se completează de autoritate — solicitantul nu scrie în această zonă</w:t>
            </w:r>
          </w:p>
        </w:tc>
      </w:tr>
    </w:tbl>
    <w:p>
      <w:pPr>
        <w:autoSpaceDN w:val="0"/>
        <w:autoSpaceDE w:val="0"/>
        <w:widowControl/>
        <w:spacing w:line="246" w:lineRule="exact" w:before="208" w:after="288"/>
        <w:ind w:left="3888" w:right="3168" w:firstLine="0"/>
        <w:jc w:val="center"/>
      </w:pPr>
      <w:r>
        <w:rPr>
          <w:rFonts w:ascii="TimesNewRomanPS" w:hAnsi="TimesNewRomanPS" w:eastAsia="TimesNewRomanPS"/>
          <w:b/>
          <w:i w:val="0"/>
          <w:color w:val="000000"/>
          <w:sz w:val="27"/>
        </w:rPr>
        <w:t xml:space="preserve">ÎNȘTIINȚARE </w:t>
      </w:r>
      <w:r>
        <w:br/>
      </w:r>
      <w:r>
        <w:rPr>
          <w:w w:val="102.1733283996582"/>
          <w:rFonts w:ascii="TimesNewRomanPSMT" w:hAnsi="TimesNewRomanPSMT" w:eastAsia="TimesNewRomanPSMT"/>
          <w:b w:val="0"/>
          <w:i w:val="0"/>
          <w:color w:val="000000"/>
          <w:sz w:val="18"/>
        </w:rPr>
        <w:t>privind încheierea execuției lucrărilor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9978"/>
      </w:tblGrid>
      <w:tr>
        <w:trPr>
          <w:trHeight w:hRule="exact" w:val="212"/>
        </w:trPr>
        <w:tc>
          <w:tcPr>
            <w:tcW w:type="dxa" w:w="9348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1.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CĂTRE</w:t>
            </w:r>
          </w:p>
        </w:tc>
      </w:tr>
      <w:tr>
        <w:trPr>
          <w:trHeight w:hRule="exact" w:val="504"/>
        </w:trPr>
        <w:tc>
          <w:tcPr>
            <w:tcW w:type="dxa" w:w="934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2000000000000455" w:val="single" w:color="#767676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70"/>
        </w:trPr>
        <w:tc>
          <w:tcPr>
            <w:tcW w:type="dxa" w:w="9348"/>
            <w:tcBorders>
              <w:start w:sz="3.2000000000000455" w:val="single" w:color="#767676"/>
              <w:top w:sz="3.2000000000000455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16" w:after="0"/>
              <w:ind w:left="0" w:right="0" w:firstLine="0"/>
              <w:jc w:val="center"/>
            </w:pPr>
            <w:r>
              <w:rPr>
                <w:w w:val="97.00000127156575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Cererea va fi adresată către președintele consiliului județean, primarul general, primarul de sector sau primarul municipiului / orașului / comunei, după caz. 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1247"/>
        <w:gridCol w:w="1247"/>
        <w:gridCol w:w="1247"/>
        <w:gridCol w:w="1247"/>
        <w:gridCol w:w="1247"/>
        <w:gridCol w:w="1247"/>
        <w:gridCol w:w="1247"/>
        <w:gridCol w:w="1247"/>
      </w:tblGrid>
      <w:tr>
        <w:trPr>
          <w:trHeight w:hRule="exact" w:val="210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2.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SOLICITANTUL</w:t>
            </w:r>
          </w:p>
        </w:tc>
      </w:tr>
      <w:tr>
        <w:trPr>
          <w:trHeight w:hRule="exact" w:val="506"/>
        </w:trPr>
        <w:tc>
          <w:tcPr>
            <w:tcW w:type="dxa" w:w="5452"/>
            <w:gridSpan w:val="5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Nume și prenume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CNP</w:t>
            </w:r>
          </w:p>
        </w:tc>
      </w:tr>
      <w:tr>
        <w:trPr>
          <w:trHeight w:hRule="exact" w:val="186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4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Act de identitate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3.199999999999818" w:val="single" w:color="#767676"/>
              <w:end w:sz="3.2000000000000455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Seria</w:t>
            </w:r>
          </w:p>
        </w:tc>
        <w:tc>
          <w:tcPr>
            <w:tcW w:type="dxa" w:w="1558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Numărul</w:t>
            </w:r>
          </w:p>
        </w:tc>
        <w:tc>
          <w:tcPr>
            <w:tcW w:type="dxa" w:w="4676"/>
            <w:gridSpan w:val="5"/>
            <w:tcBorders>
              <w:start w:sz="4.0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Eliberat de</w:t>
            </w:r>
          </w:p>
        </w:tc>
        <w:tc>
          <w:tcPr>
            <w:tcW w:type="dxa" w:w="1556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La data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4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Domiciliul</w:t>
            </w:r>
          </w:p>
        </w:tc>
      </w:tr>
      <w:tr>
        <w:trPr>
          <w:trHeight w:hRule="exact" w:val="504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Județul</w:t>
            </w:r>
          </w:p>
        </w:tc>
        <w:tc>
          <w:tcPr>
            <w:tcW w:type="dxa" w:w="3116"/>
            <w:gridSpan w:val="4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Municipiul / orașul / comuna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Satul / sectorul</w:t>
            </w:r>
          </w:p>
        </w:tc>
      </w:tr>
      <w:tr>
        <w:trPr>
          <w:trHeight w:hRule="exact" w:val="502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78"/>
            <w:tcBorders>
              <w:start w:sz="4.0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Sc.</w:t>
            </w:r>
          </w:p>
        </w:tc>
        <w:tc>
          <w:tcPr>
            <w:tcW w:type="dxa" w:w="778"/>
            <w:tcBorders>
              <w:start w:sz="3.199999999999818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Et.</w:t>
            </w:r>
          </w:p>
        </w:tc>
        <w:tc>
          <w:tcPr>
            <w:tcW w:type="dxa" w:w="780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Ap.</w:t>
            </w:r>
          </w:p>
        </w:tc>
        <w:tc>
          <w:tcPr>
            <w:tcW w:type="dxa" w:w="1560"/>
            <w:tcBorders>
              <w:start w:sz="3.200000000000273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1556"/>
            <w:tcBorders>
              <w:start w:sz="4.0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4" w:after="0"/>
              <w:ind w:left="98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Țara</w:t>
            </w:r>
          </w:p>
        </w:tc>
      </w:tr>
      <w:tr>
        <w:trPr>
          <w:trHeight w:hRule="exact" w:val="190"/>
        </w:trPr>
        <w:tc>
          <w:tcPr>
            <w:tcW w:type="dxa" w:w="9348"/>
            <w:gridSpan w:val="8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Date de contact</w:t>
            </w:r>
          </w:p>
        </w:tc>
      </w:tr>
      <w:tr>
        <w:trPr>
          <w:trHeight w:hRule="exact" w:val="504"/>
        </w:trPr>
        <w:tc>
          <w:tcPr>
            <w:tcW w:type="dxa" w:w="3894"/>
            <w:gridSpan w:val="3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Telefon / fax</w:t>
            </w:r>
          </w:p>
        </w:tc>
        <w:tc>
          <w:tcPr>
            <w:tcW w:type="dxa" w:w="5454"/>
            <w:gridSpan w:val="5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200000000000273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E-mail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3326"/>
        <w:gridCol w:w="3326"/>
        <w:gridCol w:w="3326"/>
      </w:tblGrid>
      <w:tr>
        <w:trPr>
          <w:trHeight w:hRule="exact" w:val="212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30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3.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TITULAR AL AUTORIZAȚIEI DE CONSTRUIRE / DESFIINȚARE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3.199999999999818" w:val="single" w:color="#767676"/>
              <w:end w:sz="3.2000000000000455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2336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Din data</w:t>
            </w:r>
          </w:p>
        </w:tc>
        <w:tc>
          <w:tcPr>
            <w:tcW w:type="dxa" w:w="5454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8" w:after="0"/>
              <w:ind w:left="102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Emisă de</w:t>
            </w:r>
          </w:p>
        </w:tc>
      </w:tr>
      <w:tr>
        <w:trPr>
          <w:trHeight w:hRule="exact" w:val="188"/>
        </w:trPr>
        <w:tc>
          <w:tcPr>
            <w:tcW w:type="dxa" w:w="9348"/>
            <w:gridSpan w:val="3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56" w:lineRule="exact" w:before="22" w:after="0"/>
              <w:ind w:left="100" w:right="0" w:firstLine="0"/>
              <w:jc w:val="left"/>
            </w:pP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emisă pentru executarea lucrărilor de construcții privind construirea / desființarea construcțiilor și amenajărilor</w:t>
            </w:r>
          </w:p>
        </w:tc>
      </w:tr>
      <w:tr>
        <w:trPr>
          <w:trHeight w:hRule="exact" w:val="504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8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Denumirea lucrării, capacitatea și categoria de lucrări din autorizație</w:t>
            </w:r>
          </w:p>
        </w:tc>
      </w:tr>
      <w:tr>
        <w:trPr>
          <w:trHeight w:hRule="exact" w:val="506"/>
        </w:trPr>
        <w:tc>
          <w:tcPr>
            <w:tcW w:type="dxa" w:w="9348"/>
            <w:gridSpan w:val="3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în valoare de (lei)</w:t>
            </w:r>
          </w:p>
        </w:tc>
      </w:tr>
    </w:tbl>
    <w:p>
      <w:pPr>
        <w:autoSpaceDN w:val="0"/>
        <w:autoSpaceDE w:val="0"/>
        <w:widowControl/>
        <w:spacing w:line="270" w:lineRule="exact" w:before="184" w:after="32"/>
        <w:ind w:left="0" w:right="3040" w:firstLine="0"/>
        <w:jc w:val="right"/>
      </w:pPr>
      <w:r>
        <w:rPr>
          <w:rFonts w:ascii="TimesNewRomanPS" w:hAnsi="TimesNewRomanPS" w:eastAsia="TimesNewRomanPS"/>
          <w:b/>
          <w:i w:val="0"/>
          <w:color w:val="000000"/>
          <w:sz w:val="27"/>
        </w:rPr>
        <w:t>ADUC LA CUNOȘTINȚĂ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3326"/>
        <w:gridCol w:w="3326"/>
        <w:gridCol w:w="3326"/>
      </w:tblGrid>
      <w:tr>
        <w:trPr>
          <w:trHeight w:hRule="exact" w:val="512"/>
        </w:trPr>
        <w:tc>
          <w:tcPr>
            <w:tcW w:type="dxa" w:w="2338"/>
            <w:tcBorders>
              <w:start w:sz="3.2000000000000455" w:val="single" w:color="#767676"/>
              <w:top w:sz="3.199999999999818" w:val="single" w:color="#767676"/>
              <w:end w:sz="3.2000000000000455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Că la data de</w:t>
            </w:r>
          </w:p>
        </w:tc>
        <w:tc>
          <w:tcPr>
            <w:tcW w:type="dxa" w:w="1556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ora</w:t>
            </w:r>
          </w:p>
        </w:tc>
        <w:tc>
          <w:tcPr>
            <w:tcW w:type="dxa" w:w="5454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2" w:right="216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au fost finalizate lucrările de construcții autorizate </w:t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pentru imobilul de mai jos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1663"/>
        <w:gridCol w:w="1663"/>
        <w:gridCol w:w="1663"/>
        <w:gridCol w:w="1663"/>
        <w:gridCol w:w="1663"/>
        <w:gridCol w:w="1663"/>
      </w:tblGrid>
      <w:tr>
        <w:trPr>
          <w:trHeight w:hRule="exact" w:val="210"/>
        </w:trPr>
        <w:tc>
          <w:tcPr>
            <w:tcW w:type="dxa" w:w="9348"/>
            <w:gridSpan w:val="6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6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4.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IMOBILUL</w:t>
            </w:r>
          </w:p>
        </w:tc>
      </w:tr>
      <w:tr>
        <w:trPr>
          <w:trHeight w:hRule="exact" w:val="218"/>
        </w:trPr>
        <w:tc>
          <w:tcPr>
            <w:tcW w:type="dxa" w:w="9348"/>
            <w:gridSpan w:val="6"/>
            <w:tcBorders>
              <w:start w:sz="3.2000000000000455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44" w:after="0"/>
              <w:ind w:left="140" w:right="0" w:firstLine="0"/>
              <w:jc w:val="left"/>
            </w:pP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teren     </w:t>
            </w:r>
            <w:r>
              <w:rPr>
                <w:w w:val="103.20800145467122"/>
                <w:rFonts w:ascii="SegoeUISymbol" w:hAnsi="SegoeUISymbol" w:eastAsia="SegoeUISymbol"/>
                <w:b w:val="0"/>
                <w:i w:val="0"/>
                <w:color w:val="000000"/>
                <w:sz w:val="15"/>
              </w:rPr>
              <w:t>☐</w:t>
            </w:r>
            <w:r>
              <w:rPr>
                <w:w w:val="103.20800145467122"/>
                <w:rFonts w:ascii="TimesNewRomanPSMT" w:hAnsi="TimesNewRomanPSMT" w:eastAsia="TimesNewRomanPSMT"/>
                <w:b w:val="0"/>
                <w:i w:val="0"/>
                <w:color w:val="000000"/>
                <w:sz w:val="15"/>
              </w:rPr>
              <w:t xml:space="preserve"> construcții</w:t>
            </w:r>
          </w:p>
        </w:tc>
      </w:tr>
      <w:tr>
        <w:trPr>
          <w:trHeight w:hRule="exact" w:val="502"/>
        </w:trPr>
        <w:tc>
          <w:tcPr>
            <w:tcW w:type="dxa" w:w="3116"/>
            <w:gridSpan w:val="2"/>
            <w:tcBorders>
              <w:start w:sz="3.2000000000000455" w:val="single" w:color="#767676"/>
              <w:top w:sz="4.0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Județ</w:t>
            </w:r>
          </w:p>
        </w:tc>
        <w:tc>
          <w:tcPr>
            <w:tcW w:type="dxa" w:w="3116"/>
            <w:gridSpan w:val="2"/>
            <w:tcBorders>
              <w:start w:sz="4.0" w:val="single" w:color="#767676"/>
              <w:top w:sz="4.0" w:val="single" w:color="#767676"/>
              <w:end w:sz="3.200000000000273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Municipiu / oraș / comună</w:t>
            </w:r>
          </w:p>
        </w:tc>
        <w:tc>
          <w:tcPr>
            <w:tcW w:type="dxa" w:w="3116"/>
            <w:gridSpan w:val="2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Sat / sector</w:t>
            </w:r>
          </w:p>
        </w:tc>
      </w:tr>
      <w:tr>
        <w:trPr>
          <w:trHeight w:hRule="exact" w:val="506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Cod poștal</w:t>
            </w:r>
          </w:p>
        </w:tc>
        <w:tc>
          <w:tcPr>
            <w:tcW w:type="dxa" w:w="4674"/>
            <w:gridSpan w:val="3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Strada</w:t>
            </w:r>
          </w:p>
        </w:tc>
        <w:tc>
          <w:tcPr>
            <w:tcW w:type="dxa" w:w="780"/>
            <w:tcBorders>
              <w:start w:sz="3.200000000000273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Nr.</w:t>
            </w:r>
          </w:p>
        </w:tc>
        <w:tc>
          <w:tcPr>
            <w:tcW w:type="dxa" w:w="233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Bl. / sc. / et. / ap.</w:t>
            </w:r>
          </w:p>
        </w:tc>
      </w:tr>
      <w:tr>
        <w:trPr>
          <w:trHeight w:hRule="exact" w:val="512"/>
        </w:trPr>
        <w:tc>
          <w:tcPr>
            <w:tcW w:type="dxa" w:w="5452"/>
            <w:gridSpan w:val="3"/>
            <w:tcBorders>
              <w:start w:sz="3.2000000000000455" w:val="single" w:color="#767676"/>
              <w:top w:sz="3.199999999999818" w:val="single" w:color="#767676"/>
              <w:end w:sz="4.0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" w:after="0"/>
              <w:ind w:left="100" w:right="3312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 xml:space="preserve">Număr cadastral </w:t>
            </w:r>
            <w:r>
              <w:br/>
            </w:r>
            <w:r>
              <w:rPr>
                <w:w w:val="97.00000127156575"/>
                <w:rFonts w:ascii="TimesNewRomanPS" w:hAnsi="TimesNewRomanPS" w:eastAsia="TimesNewRomanPS"/>
                <w:b w:val="0"/>
                <w:i/>
                <w:color w:val="7A7A7A"/>
                <w:sz w:val="15"/>
              </w:rPr>
              <w:t>dacă imobilul e înscris în e-Terra</w:t>
            </w:r>
          </w:p>
        </w:tc>
        <w:tc>
          <w:tcPr>
            <w:tcW w:type="dxa" w:w="3896"/>
            <w:gridSpan w:val="3"/>
            <w:tcBorders>
              <w:start w:sz="4.0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Carte funciară nr.</w:t>
            </w:r>
          </w:p>
        </w:tc>
      </w:tr>
    </w:tbl>
    <w:p>
      <w:pPr>
        <w:autoSpaceDN w:val="0"/>
        <w:autoSpaceDE w:val="0"/>
        <w:widowControl/>
        <w:spacing w:line="116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4989"/>
        <w:gridCol w:w="4989"/>
      </w:tblGrid>
      <w:tr>
        <w:trPr>
          <w:trHeight w:hRule="exact" w:val="212"/>
        </w:trPr>
        <w:tc>
          <w:tcPr>
            <w:tcW w:type="dxa" w:w="9348"/>
            <w:gridSpan w:val="2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5.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CONVOCAREA COMISIEI DE RECEPȚIE</w:t>
            </w:r>
          </w:p>
        </w:tc>
      </w:tr>
      <w:tr>
        <w:trPr>
          <w:trHeight w:hRule="exact" w:val="504"/>
        </w:trPr>
        <w:tc>
          <w:tcPr>
            <w:tcW w:type="dxa" w:w="7012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 convoacă comisia de recepție la terminarea lucrărilor, la data</w:t>
            </w:r>
          </w:p>
        </w:tc>
        <w:tc>
          <w:tcPr>
            <w:tcW w:type="dxa" w:w="233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ora</w:t>
            </w:r>
          </w:p>
        </w:tc>
      </w:tr>
    </w:tbl>
    <w:p>
      <w:pPr>
        <w:autoSpaceDN w:val="0"/>
        <w:autoSpaceDE w:val="0"/>
        <w:widowControl/>
        <w:spacing w:line="1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06.0" w:type="dxa"/>
      </w:tblPr>
      <w:tblGrid>
        <w:gridCol w:w="3326"/>
        <w:gridCol w:w="3326"/>
        <w:gridCol w:w="3326"/>
      </w:tblGrid>
      <w:tr>
        <w:trPr>
          <w:trHeight w:hRule="exact" w:val="212"/>
        </w:trPr>
        <w:tc>
          <w:tcPr>
            <w:tcW w:type="dxa" w:w="9348"/>
            <w:gridSpan w:val="3"/>
            <w:tcBorders>
              <w:start w:sz="3.2000000000000455" w:val="single" w:color="#767676"/>
              <w:top w:sz="3.199999999999818" w:val="single" w:color="#767676"/>
              <w:end w:sz="3.199999999999818" w:val="single" w:color="#767676"/>
              <w:bottom w:sz="4.0" w:val="single" w:color="#767676"/>
            </w:tcBorders>
            <w:shd w:fill="f4f4f4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28" w:after="0"/>
              <w:ind w:left="100" w:right="0" w:firstLine="0"/>
              <w:jc w:val="left"/>
            </w:pPr>
            <w:r>
              <w:rPr>
                <w:w w:val="103.20800145467122"/>
                <w:rFonts w:ascii="TimesNewRomanPS" w:hAnsi="TimesNewRomanPS" w:eastAsia="TimesNewRomanPS"/>
                <w:b/>
                <w:i w:val="0"/>
                <w:color w:val="000000"/>
                <w:sz w:val="15"/>
              </w:rPr>
              <w:t xml:space="preserve"> 6. </w:t>
            </w:r>
            <w:r>
              <w:rPr>
                <w:w w:val="102.7058769674862"/>
                <w:rFonts w:ascii="TimesNewRomanPS" w:hAnsi="TimesNewRomanPS" w:eastAsia="TimesNewRomanPS"/>
                <w:b/>
                <w:i w:val="0"/>
                <w:color w:val="000000"/>
                <w:sz w:val="17"/>
              </w:rPr>
              <w:t>DATA ȘI SEMNĂTURA</w:t>
            </w:r>
          </w:p>
        </w:tc>
      </w:tr>
      <w:tr>
        <w:trPr>
          <w:trHeight w:hRule="exact" w:val="504"/>
        </w:trPr>
        <w:tc>
          <w:tcPr>
            <w:tcW w:type="dxa" w:w="1558"/>
            <w:tcBorders>
              <w:start w:sz="3.2000000000000455" w:val="single" w:color="#767676"/>
              <w:top w:sz="4.0" w:val="single" w:color="#767676"/>
              <w:end w:sz="3.2000000000000455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Data</w:t>
            </w:r>
          </w:p>
        </w:tc>
        <w:tc>
          <w:tcPr>
            <w:tcW w:type="dxa" w:w="4674"/>
            <w:tcBorders>
              <w:start w:sz="3.2000000000000455" w:val="single" w:color="#767676"/>
              <w:top w:sz="4.0" w:val="single" w:color="#767676"/>
              <w:end w:sz="3.200000000000273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Titularul autorizației</w:t>
            </w:r>
          </w:p>
        </w:tc>
        <w:tc>
          <w:tcPr>
            <w:tcW w:type="dxa" w:w="3116"/>
            <w:tcBorders>
              <w:start w:sz="3.200000000000273" w:val="single" w:color="#767676"/>
              <w:top w:sz="4.0" w:val="single" w:color="#767676"/>
              <w:end w:sz="3.199999999999818" w:val="single" w:color="#767676"/>
              <w:bottom w:sz="3.199999999999818" w:val="single" w:color="#767676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26" w:after="0"/>
              <w:ind w:left="100" w:right="0" w:firstLine="0"/>
              <w:jc w:val="left"/>
            </w:pPr>
            <w:r>
              <w:rPr>
                <w:w w:val="97.00000127156575"/>
                <w:rFonts w:ascii="TimesNewRomanPS" w:hAnsi="TimesNewRomanPS" w:eastAsia="TimesNewRomanPS"/>
                <w:b/>
                <w:i w:val="0"/>
                <w:color w:val="0D5F78"/>
                <w:sz w:val="15"/>
              </w:rPr>
              <w:t>Semnătura</w:t>
            </w:r>
          </w:p>
        </w:tc>
      </w:tr>
    </w:tbl>
    <w:p>
      <w:pPr>
        <w:autoSpaceDN w:val="0"/>
        <w:tabs>
          <w:tab w:pos="4838" w:val="left"/>
        </w:tabs>
        <w:autoSpaceDE w:val="0"/>
        <w:widowControl/>
        <w:spacing w:line="144" w:lineRule="exact" w:before="1098" w:after="0"/>
        <w:ind w:left="710" w:right="0" w:firstLine="0"/>
        <w:jc w:val="left"/>
      </w:pP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 xml:space="preserve">F_A_10 · versiunea 1.0 </w:t>
      </w:r>
      <w:r>
        <w:tab/>
      </w:r>
      <w:r>
        <w:rPr>
          <w:w w:val="97.00000127156575"/>
          <w:rFonts w:ascii="TimesNewRomanPSMT" w:hAnsi="TimesNewRomanPSMT" w:eastAsia="TimesNewRomanPSMT"/>
          <w:b w:val="0"/>
          <w:i w:val="0"/>
          <w:color w:val="595959"/>
          <w:sz w:val="15"/>
        </w:rPr>
        <w:t>pagina 1 din 1</w:t>
      </w:r>
    </w:p>
    <w:sectPr w:rsidR="00FC693F" w:rsidRPr="0006063C" w:rsidSect="00034616">
      <w:pgSz w:w="11900" w:h="16840"/>
      <w:pgMar w:top="126" w:right="1358" w:bottom="236" w:left="564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F_A_10 · versiunea 1.0 — formular editabil</dc:title>
  <dc:subject>Formular editabil cu stema municipiului Slatina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