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174" w:lineRule="exact" w:before="590" w:after="0"/>
        <w:ind w:left="108" w:right="8496" w:firstLine="0"/>
        <w:jc w:val="left"/>
      </w:pPr>
      <w:r>
        <w:rPr>
          <w:u w:val="single" w:color="585958"/>
          <w:w w:val="101.21739428976309"/>
          <w:rFonts w:ascii="TimesNewRomanPS" w:hAnsi="TimesNewRomanPS" w:eastAsia="TimesNewRomanPS"/>
          <w:b/>
          <w:i/>
          <w:color w:val="595959"/>
          <w:sz w:val="23"/>
        </w:rPr>
        <w:t>Anexa nr.1</w:t>
      </w:r>
      <w:r>
        <w:rPr>
          <w:w w:val="101.21739428976309"/>
          <w:rFonts w:ascii="TimesNewRomanPS" w:hAnsi="TimesNewRomanPS" w:eastAsia="TimesNewRomanPS"/>
          <w:b/>
          <w:i/>
          <w:color w:val="595959"/>
          <w:sz w:val="23"/>
        </w:rPr>
        <w:t xml:space="preserve"> </w:t>
      </w:r>
      <w:r>
        <w:br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F_CU_01 · versiunea 1.0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547"/>
        <w:gridCol w:w="2547"/>
        <w:gridCol w:w="2547"/>
        <w:gridCol w:w="2547"/>
      </w:tblGrid>
      <w:tr>
        <w:trPr>
          <w:trHeight w:hRule="exact" w:val="504"/>
        </w:trPr>
        <w:tc>
          <w:tcPr>
            <w:tcW w:type="dxa" w:w="1558"/>
            <w:vMerge w:val="restart"/>
            <w:tcBorders>
              <w:start w:sz="3.2000000000000455" w:val="single" w:color="#767676"/>
              <w:top w:sz="3.199999999999932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571195" cy="810000"/>
                  <wp:docPr id="1" name="Picture 1" descr="Stema municipiului Slatina" title="Stema municipiului Slatin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0"/>
            <w:gridSpan w:val="3"/>
            <w:tcBorders>
              <w:start w:sz="3.2000000000000455" w:val="single" w:color="#767676"/>
              <w:top w:sz="3.199999999999932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Județul Olt</w:t>
            </w:r>
          </w:p>
        </w:tc>
      </w:tr>
      <w:tr>
        <w:trPr>
          <w:trHeight w:hRule="exact" w:val="504"/>
        </w:trPr>
        <w:tc>
          <w:tcPr>
            <w:tcW w:type="dxa" w:w="2547"/>
            <w:vMerge/>
            <w:tcBorders>
              <w:start w:sz="3.2000000000000455" w:val="single" w:color="#767676"/>
              <w:top w:sz="3.199999999999932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Primăria Municipiului Slatina</w:t>
            </w:r>
          </w:p>
        </w:tc>
      </w:tr>
      <w:tr>
        <w:trPr>
          <w:trHeight w:hRule="exact" w:val="512"/>
        </w:trPr>
        <w:tc>
          <w:tcPr>
            <w:tcW w:type="dxa" w:w="2547"/>
            <w:vMerge/>
            <w:tcBorders>
              <w:start w:sz="3.2000000000000455" w:val="single" w:color="#767676"/>
              <w:top w:sz="3.199999999999932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2336"/>
            <w:tcBorders>
              <w:start w:sz="3.2000000000000455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CIF 4394811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6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>
        <w:trPr>
          <w:trHeight w:hRule="exact" w:val="504"/>
        </w:trPr>
        <w:tc>
          <w:tcPr>
            <w:tcW w:type="dxa" w:w="2547"/>
            <w:vMerge/>
            <w:tcBorders>
              <w:start w:sz="3.2000000000000455" w:val="single" w:color="#767676"/>
              <w:top w:sz="3.199999999999932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3.2000000000000455" w:val="single" w:color="#767676"/>
              <w:top w:sz="3.2000000000000455" w:val="single" w:color="#767676"/>
              <w:end w:sz="3.200000000000273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de înregistrare</w:t>
            </w:r>
          </w:p>
        </w:tc>
        <w:tc>
          <w:tcPr>
            <w:tcW w:type="dxa" w:w="3116"/>
            <w:tcBorders>
              <w:start w:sz="3.200000000000273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</w:tr>
      <w:tr>
        <w:trPr>
          <w:trHeight w:hRule="exact" w:val="180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272" w:lineRule="exact" w:before="300" w:after="206"/>
        <w:ind w:left="0" w:right="4838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>CERERE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CĂTRE</w:t>
            </w:r>
          </w:p>
        </w:tc>
      </w:tr>
      <w:tr>
        <w:trPr>
          <w:trHeight w:hRule="exact" w:val="5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43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Instituția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primăria municipiului / orașului / comunei · primăria de sector · consiliul județean</w:t>
            </w:r>
          </w:p>
        </w:tc>
      </w:tr>
      <w:tr>
        <w:trPr>
          <w:trHeight w:hRule="exact" w:val="17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8" w:after="0"/>
              <w:ind w:left="0" w:right="0" w:firstLine="0"/>
              <w:jc w:val="center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273"/>
        <w:gridCol w:w="1273"/>
        <w:gridCol w:w="1273"/>
        <w:gridCol w:w="1273"/>
        <w:gridCol w:w="1273"/>
        <w:gridCol w:w="1273"/>
        <w:gridCol w:w="1273"/>
        <w:gridCol w:w="1273"/>
      </w:tblGrid>
      <w:tr>
        <w:trPr>
          <w:trHeight w:hRule="exact" w:val="212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</w:t>
            </w:r>
          </w:p>
        </w:tc>
      </w:tr>
      <w:tr>
        <w:trPr>
          <w:trHeight w:hRule="exact" w:val="504"/>
        </w:trPr>
        <w:tc>
          <w:tcPr>
            <w:tcW w:type="dxa" w:w="5452"/>
            <w:gridSpan w:val="5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 și prenume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CNP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Act de identitate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Seria</w:t>
            </w:r>
          </w:p>
        </w:tc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</w:t>
            </w:r>
          </w:p>
        </w:tc>
        <w:tc>
          <w:tcPr>
            <w:tcW w:type="dxa" w:w="4676"/>
            <w:gridSpan w:val="5"/>
            <w:tcBorders>
              <w:start w:sz="4.0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Eliberat de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La data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Domiciliul</w:t>
            </w:r>
          </w:p>
        </w:tc>
      </w:tr>
      <w:tr>
        <w:trPr>
          <w:trHeight w:hRule="exact" w:val="506"/>
        </w:trPr>
        <w:tc>
          <w:tcPr>
            <w:tcW w:type="dxa" w:w="3116"/>
            <w:gridSpan w:val="2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3.199999999999818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2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Date de contact</w:t>
            </w:r>
          </w:p>
        </w:tc>
      </w:tr>
      <w:tr>
        <w:trPr>
          <w:trHeight w:hRule="exact" w:val="506"/>
        </w:trPr>
        <w:tc>
          <w:tcPr>
            <w:tcW w:type="dxa" w:w="3894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Telefon / fax</w:t>
            </w:r>
          </w:p>
        </w:tc>
        <w:tc>
          <w:tcPr>
            <w:tcW w:type="dxa" w:w="5454"/>
            <w:gridSpan w:val="5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E-mail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Reprezentare</w:t>
            </w:r>
          </w:p>
        </w:tc>
      </w:tr>
      <w:tr>
        <w:trPr>
          <w:trHeight w:hRule="exact" w:val="504"/>
        </w:trPr>
        <w:tc>
          <w:tcPr>
            <w:tcW w:type="dxa" w:w="6232"/>
            <w:gridSpan w:val="6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În calitate de reprezentant 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CUI / CIF</w:t>
            </w:r>
          </w:p>
        </w:tc>
      </w:tr>
    </w:tbl>
    <w:p>
      <w:pPr>
        <w:autoSpaceDN w:val="0"/>
        <w:autoSpaceDE w:val="0"/>
        <w:widowControl/>
        <w:spacing w:line="280" w:lineRule="exact" w:before="120" w:after="150"/>
        <w:ind w:left="576" w:right="1152" w:firstLine="0"/>
        <w:jc w:val="center"/>
      </w:pP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în conformitate cu prevederile Legii nr. 169/2026 privind Codul amenajării teritoriului, urbanismului și construcțiilor, </w:t>
      </w: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solicit emiterea </w:t>
      </w:r>
      <w:r>
        <w:br/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>CERTIFICATULUI DE URBANISM DE INFORMARE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698"/>
        <w:gridCol w:w="1698"/>
        <w:gridCol w:w="1698"/>
        <w:gridCol w:w="1698"/>
        <w:gridCol w:w="1698"/>
        <w:gridCol w:w="1698"/>
      </w:tblGrid>
      <w:tr>
        <w:trPr>
          <w:trHeight w:hRule="exact" w:val="210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3.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IMOBILUL</w:t>
            </w:r>
          </w:p>
        </w:tc>
      </w:tr>
      <w:tr>
        <w:trPr>
          <w:trHeight w:hRule="exact" w:val="218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6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</w:tr>
      <w:tr>
        <w:trPr>
          <w:trHeight w:hRule="exact" w:val="502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</w:t>
            </w:r>
          </w:p>
        </w:tc>
        <w:tc>
          <w:tcPr>
            <w:tcW w:type="dxa" w:w="3116"/>
            <w:gridSpan w:val="2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 / oraș / comună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 / sector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4674"/>
            <w:gridSpan w:val="3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80"/>
            <w:tcBorders>
              <w:start w:sz="3.200000000000273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Bl. / sc. / et. / ap.</w:t>
            </w:r>
          </w:p>
        </w:tc>
      </w:tr>
      <w:tr>
        <w:trPr>
          <w:trHeight w:hRule="exact" w:val="506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Suprafața terenului (m²)</w:t>
            </w:r>
          </w:p>
        </w:tc>
      </w:tr>
      <w:tr>
        <w:trPr>
          <w:trHeight w:hRule="exact" w:val="512"/>
        </w:trPr>
        <w:tc>
          <w:tcPr>
            <w:tcW w:type="dxa" w:w="5452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8" w:after="0"/>
              <w:ind w:left="100" w:right="331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Număr cadastral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dacă imobilul e înscris în e-Terra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  <w:tr>
        <w:trPr>
          <w:trHeight w:hRule="exact" w:val="422"/>
        </w:trPr>
        <w:tc>
          <w:tcPr>
            <w:tcW w:type="dxa" w:w="9348"/>
            <w:gridSpan w:val="6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140" w:val="left"/>
              </w:tabs>
              <w:autoSpaceDE w:val="0"/>
              <w:widowControl/>
              <w:spacing w:line="206" w:lineRule="exact" w:before="0" w:after="0"/>
              <w:ind w:left="100" w:right="576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extras de carte funciară actualizat, anexat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plan de încadrare în zonă în sistem Stereo 70, anexat eliberat, la cerere, de către Agenția Națională de Cadastru și Publicitate Imobiliară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COMUNICAREA RĂSPUNSULUI</w:t>
            </w:r>
          </w:p>
        </w:tc>
      </w:tr>
      <w:tr>
        <w:trPr>
          <w:trHeight w:hRule="exact" w:val="218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format scris, prin poștă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format digital, la adresa de e-mail indicată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ridicare de la sediul autorității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3396"/>
        <w:gridCol w:w="3396"/>
        <w:gridCol w:w="3396"/>
      </w:tblGrid>
      <w:tr>
        <w:trPr>
          <w:trHeight w:hRule="exact" w:val="212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Solicitantul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tabs>
          <w:tab w:pos="4236" w:val="left"/>
        </w:tabs>
        <w:autoSpaceDE w:val="0"/>
        <w:widowControl/>
        <w:spacing w:line="144" w:lineRule="exact" w:before="1440" w:after="0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F_CU_01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1 din 1</w:t>
      </w:r>
    </w:p>
    <w:sectPr w:rsidR="00FC693F" w:rsidRPr="0006063C" w:rsidSect="00034616">
      <w:pgSz w:w="11900" w:h="16840"/>
      <w:pgMar w:top="126" w:right="546" w:bottom="236" w:left="11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F_CU_01 · versiunea 1.0 — formular editabil</dc:title>
  <dc:subject>Formular editabil cu stema municipiului Slatina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