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494"/>
        <w:gridCol w:w="2494"/>
        <w:gridCol w:w="2494"/>
        <w:gridCol w:w="2494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0" w:lineRule="exact" w:before="302" w:after="30"/>
        <w:ind w:left="0" w:right="4026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6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6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200000000000273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2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4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titular al dreptului de proprietate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împuternicit al titularului</w:t>
            </w:r>
          </w:p>
        </w:tc>
      </w:tr>
    </w:tbl>
    <w:p>
      <w:pPr>
        <w:autoSpaceDN w:val="0"/>
        <w:autoSpaceDE w:val="0"/>
        <w:widowControl/>
        <w:spacing w:line="280" w:lineRule="exact" w:before="120" w:after="0"/>
        <w:ind w:left="1152" w:right="432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Legii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emiterea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CERTIFICATULUI DE URBANISM</w:t>
      </w:r>
    </w:p>
    <w:p>
      <w:pPr>
        <w:autoSpaceDN w:val="0"/>
        <w:autoSpaceDE w:val="0"/>
        <w:widowControl/>
        <w:spacing w:line="194" w:lineRule="exact" w:before="184" w:after="150"/>
        <w:ind w:left="0" w:right="2810" w:firstLine="0"/>
        <w:jc w:val="right"/>
      </w:pP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 xml:space="preserve">PENTRU OPERAȚIUNI CADASTRALE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3. ÎN  VEDEREA REALIZĂRII OPERAȚIUNII CADATRALE :</w:t>
            </w:r>
          </w:p>
        </w:tc>
      </w:tr>
      <w:tr>
        <w:trPr>
          <w:trHeight w:hRule="exact" w:val="202"/>
        </w:trPr>
        <w:tc>
          <w:tcPr>
            <w:tcW w:type="dxa" w:w="9348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2" w:lineRule="exact" w:before="40" w:after="0"/>
              <w:ind w:left="100" w:right="0" w:firstLine="0"/>
              <w:jc w:val="left"/>
            </w:pPr>
            <w:r>
              <w:rPr>
                <w:w w:val="97.00000127156575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comasare (alipire)     </w:t>
            </w:r>
            <w:r>
              <w:rPr>
                <w:w w:val="97.00000127156575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dezmembrare (dezlipire)     </w:t>
            </w:r>
            <w:r>
              <w:rPr>
                <w:w w:val="97.00000127156575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înscrierea unor servituți de trecere </w:t>
            </w:r>
          </w:p>
        </w:tc>
      </w:tr>
      <w:tr>
        <w:trPr>
          <w:trHeight w:hRule="exact" w:val="202"/>
        </w:trPr>
        <w:tc>
          <w:tcPr>
            <w:tcW w:type="dxa" w:w="9348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42" w:after="0"/>
              <w:ind w:left="136" w:right="0" w:firstLine="0"/>
              <w:jc w:val="left"/>
            </w:pPr>
            <w:r>
              <w:rPr>
                <w:w w:val="97.00000127156575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evidențieri de imobile în cartea funciară     </w:t>
            </w:r>
            <w:r>
              <w:rPr>
                <w:w w:val="97.00000127156575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reevidențieri de imobile în cartea funciară 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4.0" w:val="single" w:color="#000000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Descrierea operațiunii cadastrale propuse :</w:t>
            </w:r>
          </w:p>
        </w:tc>
      </w:tr>
      <w:tr>
        <w:trPr>
          <w:trHeight w:hRule="exact" w:val="51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663"/>
        <w:gridCol w:w="1663"/>
        <w:gridCol w:w="1663"/>
        <w:gridCol w:w="1663"/>
        <w:gridCol w:w="1663"/>
        <w:gridCol w:w="1663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6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SE ANEXEAZĂ</w:t>
            </w:r>
          </w:p>
        </w:tc>
      </w:tr>
      <w:tr>
        <w:trPr>
          <w:trHeight w:hRule="exact" w:val="42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78" w:val="left"/>
              </w:tabs>
              <w:autoSpaceDE w:val="0"/>
              <w:widowControl/>
              <w:spacing w:line="204" w:lineRule="exact" w:before="0" w:after="0"/>
              <w:ind w:left="14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documentația cadastrală                         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 xml:space="preserve">☐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plan cu o propunere de comasare/dezmembrare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         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               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împuternicirea, dacă este cazul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COMUNICAREA RĂSPUNSULUI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scris, prin poștă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digital, la adresa de e-mail indicată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ridicare de la sediul autorității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2000000000007276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3.2000000000007276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276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F_CU_02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F_CU_02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