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504"/>
        </w:trPr>
        <w:tc>
          <w:tcPr>
            <w:tcW w:type="dxa" w:w="1558"/>
            <w:vMerge w:val="restart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2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4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547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2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70" w:lineRule="exact" w:before="302" w:after="204"/>
        <w:ind w:left="0" w:right="4838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>CERERE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12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432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Instituția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primăria municipiului / orașului / comunei · primăria de sector · consiliul județean</w:t>
            </w:r>
          </w:p>
        </w:tc>
      </w:tr>
      <w:tr>
        <w:trPr>
          <w:trHeight w:hRule="exact" w:val="170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14" w:after="0"/>
              <w:ind w:left="0" w:right="0" w:firstLine="0"/>
              <w:jc w:val="center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1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273"/>
        <w:gridCol w:w="1273"/>
        <w:gridCol w:w="1273"/>
        <w:gridCol w:w="1273"/>
        <w:gridCol w:w="1273"/>
        <w:gridCol w:w="1273"/>
        <w:gridCol w:w="1273"/>
        <w:gridCol w:w="1273"/>
      </w:tblGrid>
      <w:tr>
        <w:trPr>
          <w:trHeight w:hRule="exact" w:val="21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6"/>
        </w:trPr>
        <w:tc>
          <w:tcPr>
            <w:tcW w:type="dxa" w:w="5452"/>
            <w:gridSpan w:val="5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6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0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6"/>
        </w:trPr>
        <w:tc>
          <w:tcPr>
            <w:tcW w:type="dxa" w:w="3894"/>
            <w:gridSpan w:val="3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</w:tbl>
    <w:p>
      <w:pPr>
        <w:autoSpaceDN w:val="0"/>
        <w:autoSpaceDE w:val="0"/>
        <w:widowControl/>
        <w:spacing w:line="290" w:lineRule="exact" w:before="112" w:after="52"/>
        <w:ind w:left="576" w:right="1152" w:firstLine="0"/>
        <w:jc w:val="center"/>
      </w:pP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în temeiul art. 257 alin. (17) din Legea nr. 169/2026 privind Codul amenajării teritoriului, urbanismului și construcțiilor, </w:t>
      </w:r>
      <w:r>
        <w:rPr>
          <w:w w:val="102.7058769674862"/>
          <w:rFonts w:ascii="TimesNewRomanPSMT" w:hAnsi="TimesNewRomanPSMT" w:eastAsia="TimesNewRomanPSMT"/>
          <w:b w:val="0"/>
          <w:i w:val="0"/>
          <w:color w:val="000000"/>
          <w:sz w:val="17"/>
        </w:rPr>
        <w:t xml:space="preserve">solicit prelungirea valabilității </w:t>
      </w:r>
      <w:r>
        <w:br/>
      </w:r>
      <w:r>
        <w:rPr>
          <w:w w:val="102.30947795667147"/>
          <w:rFonts w:ascii="TimesNewRomanPS" w:hAnsi="TimesNewRomanPS" w:eastAsia="TimesNewRomanPS"/>
          <w:b/>
          <w:i w:val="0"/>
          <w:color w:val="000000"/>
          <w:sz w:val="19"/>
        </w:rPr>
        <w:t>CERTIFICATULUI DE URBANISM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2547"/>
        <w:gridCol w:w="2547"/>
        <w:gridCol w:w="2547"/>
        <w:gridCol w:w="2547"/>
      </w:tblGrid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Din data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Emis de</w:t>
            </w:r>
          </w:p>
        </w:tc>
      </w:tr>
      <w:tr>
        <w:trPr>
          <w:trHeight w:hRule="exact" w:val="504"/>
        </w:trPr>
        <w:tc>
          <w:tcPr>
            <w:tcW w:type="dxa" w:w="4674"/>
            <w:gridSpan w:val="3"/>
            <w:tcBorders>
              <w:start w:sz="3.2000000000000455" w:val="single" w:color="#767676"/>
              <w:top w:sz="3.200000000000273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Prelungirea solicitată — de la data</w:t>
            </w:r>
          </w:p>
        </w:tc>
        <w:tc>
          <w:tcPr>
            <w:tcW w:type="dxa" w:w="4674"/>
            <w:tcBorders>
              <w:start w:sz="3.199999999999818" w:val="single" w:color="#767676"/>
              <w:top w:sz="3.200000000000273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până la data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698"/>
        <w:gridCol w:w="1698"/>
        <w:gridCol w:w="1698"/>
        <w:gridCol w:w="1698"/>
        <w:gridCol w:w="1698"/>
        <w:gridCol w:w="1698"/>
      </w:tblGrid>
      <w:tr>
        <w:trPr>
          <w:trHeight w:hRule="exact" w:val="210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IMOBILUL</w:t>
            </w:r>
          </w:p>
        </w:tc>
      </w:tr>
      <w:tr>
        <w:trPr>
          <w:trHeight w:hRule="exact" w:val="218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</w:t>
            </w:r>
          </w:p>
        </w:tc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 / oraș / comună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 / sector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4674"/>
            <w:gridSpan w:val="3"/>
            <w:tcBorders>
              <w:start w:sz="3.2000000000000455" w:val="single" w:color="#767676"/>
              <w:top w:sz="3.199999999999818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80"/>
            <w:tcBorders>
              <w:start w:sz="3.200000000000273" w:val="single" w:color="#767676"/>
              <w:top w:sz="3.199999999999818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273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Bl. / sc. / et. / ap.</w:t>
            </w:r>
          </w:p>
        </w:tc>
      </w:tr>
      <w:tr>
        <w:trPr>
          <w:trHeight w:hRule="exact" w:val="512"/>
        </w:trPr>
        <w:tc>
          <w:tcPr>
            <w:tcW w:type="dxa" w:w="5452"/>
            <w:gridSpan w:val="3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331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cadastral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imobilul e înscris în e-Terra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2000000000007276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10188"/>
      </w:tblGrid>
      <w:tr>
        <w:trPr>
          <w:trHeight w:hRule="exact" w:val="208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SE ANEXEAZĂ</w:t>
            </w:r>
          </w:p>
        </w:tc>
      </w:tr>
      <w:tr>
        <w:trPr>
          <w:trHeight w:hRule="exact" w:val="216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6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certificatul de urbanism (în original)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documentul privind achitarea taxei (copie)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.000000000000057" w:type="dxa"/>
      </w:tblPr>
      <w:tblGrid>
        <w:gridCol w:w="3396"/>
        <w:gridCol w:w="3396"/>
        <w:gridCol w:w="3396"/>
      </w:tblGrid>
      <w:tr>
        <w:trPr>
          <w:trHeight w:hRule="exact" w:val="210"/>
        </w:trPr>
        <w:tc>
          <w:tcPr>
            <w:tcW w:type="dxa" w:w="9348"/>
            <w:gridSpan w:val="3"/>
            <w:tcBorders>
              <w:start w:sz="3.2000000000000455" w:val="single" w:color="#767676"/>
              <w:top w:sz="3.2000000000007276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6.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Solicitantul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236" w:val="left"/>
        </w:tabs>
        <w:autoSpaceDE w:val="0"/>
        <w:widowControl/>
        <w:spacing w:line="144" w:lineRule="exact" w:before="2586" w:after="0"/>
        <w:ind w:left="108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F_CU_03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1</w:t>
      </w:r>
    </w:p>
    <w:sectPr w:rsidR="00FC693F" w:rsidRPr="0006063C" w:rsidSect="00034616">
      <w:pgSz w:w="11900" w:h="16840"/>
      <w:pgMar w:top="126" w:right="546" w:bottom="236" w:left="1166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F_CU_03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